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1EE9FD" w14:textId="77777777" w:rsidR="007545B7" w:rsidRPr="00E86C34" w:rsidRDefault="00000000">
      <w:pPr>
        <w:jc w:val="center"/>
        <w:rPr>
          <w:rFonts w:asciiTheme="majorHAnsi" w:hAnsiTheme="majorHAnsi" w:cstheme="majorHAnsi"/>
        </w:rPr>
      </w:pPr>
      <w:r w:rsidRPr="00E86C34">
        <w:rPr>
          <w:rFonts w:asciiTheme="majorHAnsi" w:hAnsiTheme="majorHAnsi" w:cstheme="majorHAnsi"/>
          <w:b/>
          <w:sz w:val="32"/>
        </w:rPr>
        <w:t>Cleves Academy Trust</w:t>
      </w:r>
      <w:r w:rsidRPr="00E86C34">
        <w:rPr>
          <w:rFonts w:asciiTheme="majorHAnsi" w:hAnsiTheme="majorHAnsi" w:cstheme="majorHAnsi"/>
          <w:b/>
          <w:sz w:val="32"/>
        </w:rPr>
        <w:br/>
        <w:t>Trustee Information &amp; Attendance 2025–2026</w:t>
      </w:r>
    </w:p>
    <w:p w14:paraId="2DE59854" w14:textId="77777777" w:rsidR="007545B7" w:rsidRPr="00E86C34" w:rsidRDefault="00000000">
      <w:pPr>
        <w:spacing w:before="160" w:after="80"/>
        <w:rPr>
          <w:rFonts w:asciiTheme="majorHAnsi" w:hAnsiTheme="majorHAnsi" w:cstheme="majorHAnsi"/>
        </w:rPr>
      </w:pPr>
      <w:r w:rsidRPr="00E86C34">
        <w:rPr>
          <w:rFonts w:asciiTheme="majorHAnsi" w:hAnsiTheme="majorHAnsi" w:cstheme="majorHAnsi"/>
          <w:b/>
          <w:sz w:val="26"/>
        </w:rPr>
        <w:t>1. Trustee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835"/>
        <w:gridCol w:w="1559"/>
        <w:gridCol w:w="1134"/>
        <w:gridCol w:w="2835"/>
        <w:gridCol w:w="3905"/>
      </w:tblGrid>
      <w:tr w:rsidR="007545B7" w:rsidRPr="00656B1E" w14:paraId="54A6AE21" w14:textId="77777777" w:rsidTr="002859BD">
        <w:trPr>
          <w:jc w:val="center"/>
        </w:trPr>
        <w:tc>
          <w:tcPr>
            <w:tcW w:w="2122" w:type="dxa"/>
            <w:vAlign w:val="center"/>
          </w:tcPr>
          <w:p w14:paraId="5C118BBB" w14:textId="77777777" w:rsidR="007545B7" w:rsidRPr="00656B1E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b/>
                <w:sz w:val="20"/>
                <w:szCs w:val="20"/>
              </w:rPr>
              <w:t>Trustee</w:t>
            </w:r>
          </w:p>
        </w:tc>
        <w:tc>
          <w:tcPr>
            <w:tcW w:w="2835" w:type="dxa"/>
            <w:vAlign w:val="center"/>
          </w:tcPr>
          <w:p w14:paraId="282A6E22" w14:textId="77777777" w:rsidR="007545B7" w:rsidRPr="00656B1E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b/>
                <w:sz w:val="20"/>
                <w:szCs w:val="20"/>
              </w:rPr>
              <w:t>Role &amp; Responsibilities</w:t>
            </w:r>
          </w:p>
        </w:tc>
        <w:tc>
          <w:tcPr>
            <w:tcW w:w="1559" w:type="dxa"/>
            <w:vAlign w:val="center"/>
          </w:tcPr>
          <w:p w14:paraId="7ECFE916" w14:textId="77777777" w:rsidR="007545B7" w:rsidRPr="00656B1E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b/>
                <w:sz w:val="20"/>
                <w:szCs w:val="20"/>
              </w:rPr>
              <w:t>Date Appointed</w:t>
            </w:r>
          </w:p>
        </w:tc>
        <w:tc>
          <w:tcPr>
            <w:tcW w:w="1134" w:type="dxa"/>
            <w:vAlign w:val="center"/>
          </w:tcPr>
          <w:p w14:paraId="092DEFED" w14:textId="77777777" w:rsidR="007545B7" w:rsidRPr="00656B1E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b/>
                <w:sz w:val="20"/>
                <w:szCs w:val="20"/>
              </w:rPr>
              <w:t>Term Ends</w:t>
            </w:r>
          </w:p>
        </w:tc>
        <w:tc>
          <w:tcPr>
            <w:tcW w:w="2835" w:type="dxa"/>
            <w:vAlign w:val="center"/>
          </w:tcPr>
          <w:p w14:paraId="4259FF09" w14:textId="77777777" w:rsidR="007545B7" w:rsidRPr="00656B1E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b/>
                <w:sz w:val="20"/>
                <w:szCs w:val="20"/>
              </w:rPr>
              <w:t>Appointed By</w:t>
            </w:r>
          </w:p>
        </w:tc>
        <w:tc>
          <w:tcPr>
            <w:tcW w:w="3905" w:type="dxa"/>
            <w:vAlign w:val="center"/>
          </w:tcPr>
          <w:p w14:paraId="1199CEFE" w14:textId="77777777" w:rsidR="007545B7" w:rsidRPr="00656B1E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b/>
                <w:sz w:val="20"/>
                <w:szCs w:val="20"/>
              </w:rPr>
              <w:t>Committees &amp; Panels</w:t>
            </w:r>
          </w:p>
        </w:tc>
      </w:tr>
      <w:tr w:rsidR="00E86C34" w:rsidRPr="00656B1E" w14:paraId="1FB81999" w14:textId="77777777" w:rsidTr="002859BD">
        <w:trPr>
          <w:jc w:val="center"/>
        </w:trPr>
        <w:tc>
          <w:tcPr>
            <w:tcW w:w="2122" w:type="dxa"/>
          </w:tcPr>
          <w:p w14:paraId="359D0C7D" w14:textId="4019B21C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Susan Foster</w:t>
            </w:r>
          </w:p>
        </w:tc>
        <w:tc>
          <w:tcPr>
            <w:tcW w:w="2835" w:type="dxa"/>
          </w:tcPr>
          <w:p w14:paraId="6A5B5FB5" w14:textId="77777777" w:rsidR="008925BB" w:rsidRPr="00656B1E" w:rsidRDefault="008925BB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Chair of Board of Trustees</w:t>
            </w:r>
          </w:p>
          <w:p w14:paraId="64F4DF6A" w14:textId="1670270C" w:rsidR="00E86C34" w:rsidRPr="00656B1E" w:rsidRDefault="008925BB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Chair of Pupil Associate Members (PAMS)</w:t>
            </w:r>
          </w:p>
        </w:tc>
        <w:tc>
          <w:tcPr>
            <w:tcW w:w="1559" w:type="dxa"/>
          </w:tcPr>
          <w:p w14:paraId="212BD4B4" w14:textId="386C378F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14.11.2011</w:t>
            </w:r>
          </w:p>
        </w:tc>
        <w:tc>
          <w:tcPr>
            <w:tcW w:w="1134" w:type="dxa"/>
          </w:tcPr>
          <w:p w14:paraId="298BC626" w14:textId="544EBA8C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23.11.2027</w:t>
            </w:r>
          </w:p>
        </w:tc>
        <w:tc>
          <w:tcPr>
            <w:tcW w:w="2835" w:type="dxa"/>
          </w:tcPr>
          <w:p w14:paraId="723D6197" w14:textId="6511E6AF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49FE78AD" w14:textId="77777777" w:rsidR="00E86C34" w:rsidRPr="00656B1E" w:rsidRDefault="008925BB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Resources</w:t>
            </w:r>
          </w:p>
          <w:p w14:paraId="28EADBB1" w14:textId="290C2C5D" w:rsidR="008925BB" w:rsidRPr="00656B1E" w:rsidRDefault="008925BB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Performance, Personnel and Pay</w:t>
            </w:r>
            <w:r w:rsidR="002859BD" w:rsidRPr="00656B1E">
              <w:rPr>
                <w:rFonts w:asciiTheme="majorHAnsi" w:hAnsiTheme="majorHAnsi" w:cstheme="majorHAnsi"/>
                <w:sz w:val="20"/>
                <w:szCs w:val="20"/>
              </w:rPr>
              <w:t xml:space="preserve"> (PPP)</w:t>
            </w:r>
          </w:p>
          <w:p w14:paraId="0E66D815" w14:textId="23C6003B" w:rsidR="008925BB" w:rsidRPr="00656B1E" w:rsidRDefault="008925BB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Headteacher’s Performance Panel</w:t>
            </w:r>
            <w:r w:rsidR="002859BD" w:rsidRPr="00656B1E">
              <w:rPr>
                <w:rFonts w:asciiTheme="majorHAnsi" w:hAnsiTheme="majorHAnsi" w:cstheme="majorHAnsi"/>
                <w:sz w:val="20"/>
                <w:szCs w:val="20"/>
              </w:rPr>
              <w:t xml:space="preserve"> (HTPP)</w:t>
            </w:r>
          </w:p>
          <w:p w14:paraId="37D5CA21" w14:textId="67D0DAC7" w:rsidR="008925BB" w:rsidRPr="00656B1E" w:rsidRDefault="002859BD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Headteacher’s Recruitment Panel</w:t>
            </w:r>
          </w:p>
        </w:tc>
      </w:tr>
      <w:tr w:rsidR="00E86C34" w:rsidRPr="00656B1E" w14:paraId="0601F800" w14:textId="77777777" w:rsidTr="002859BD">
        <w:trPr>
          <w:jc w:val="center"/>
        </w:trPr>
        <w:tc>
          <w:tcPr>
            <w:tcW w:w="2122" w:type="dxa"/>
          </w:tcPr>
          <w:p w14:paraId="166194BC" w14:textId="1F686797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Adam Abbott-Watkins</w:t>
            </w:r>
          </w:p>
        </w:tc>
        <w:tc>
          <w:tcPr>
            <w:tcW w:w="2835" w:type="dxa"/>
          </w:tcPr>
          <w:p w14:paraId="155EA721" w14:textId="77777777" w:rsidR="008925BB" w:rsidRPr="00656B1E" w:rsidRDefault="008925BB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Co-Vice Chair of Trustees</w:t>
            </w:r>
          </w:p>
          <w:p w14:paraId="25E04CAF" w14:textId="4A65A14B" w:rsidR="002859BD" w:rsidRPr="00656B1E" w:rsidRDefault="002859BD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Chair of PPP</w:t>
            </w:r>
          </w:p>
          <w:p w14:paraId="7953A387" w14:textId="77777777" w:rsidR="002859BD" w:rsidRPr="00656B1E" w:rsidRDefault="002859BD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 xml:space="preserve">Child Protection   </w:t>
            </w:r>
          </w:p>
          <w:p w14:paraId="6B3E4BF8" w14:textId="03BCEC27" w:rsidR="008925BB" w:rsidRPr="00656B1E" w:rsidRDefault="008925BB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 xml:space="preserve">Safeguarding </w:t>
            </w:r>
          </w:p>
          <w:p w14:paraId="01ED4EC1" w14:textId="0BE07106" w:rsidR="002859BD" w:rsidRPr="00656B1E" w:rsidRDefault="002859BD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Looked After Children</w:t>
            </w:r>
          </w:p>
          <w:p w14:paraId="3893AF3D" w14:textId="786D686A" w:rsidR="00E86C34" w:rsidRPr="00656B1E" w:rsidRDefault="002859BD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Inclusion – Pupil Premium</w:t>
            </w:r>
          </w:p>
        </w:tc>
        <w:tc>
          <w:tcPr>
            <w:tcW w:w="1559" w:type="dxa"/>
            <w:vAlign w:val="center"/>
          </w:tcPr>
          <w:p w14:paraId="14B680D1" w14:textId="131AB2F4" w:rsidR="00E86C34" w:rsidRPr="00656B1E" w:rsidRDefault="002F49DC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03.10.2023</w:t>
            </w:r>
          </w:p>
        </w:tc>
        <w:tc>
          <w:tcPr>
            <w:tcW w:w="1134" w:type="dxa"/>
            <w:vAlign w:val="center"/>
          </w:tcPr>
          <w:p w14:paraId="38789A9B" w14:textId="3B59525F" w:rsidR="00E86C34" w:rsidRPr="00656B1E" w:rsidRDefault="009A0A63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03.10.2027</w:t>
            </w:r>
          </w:p>
        </w:tc>
        <w:tc>
          <w:tcPr>
            <w:tcW w:w="2835" w:type="dxa"/>
          </w:tcPr>
          <w:p w14:paraId="05D00D7F" w14:textId="7ACBC0A8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Co-opted by trustees</w:t>
            </w:r>
          </w:p>
        </w:tc>
        <w:tc>
          <w:tcPr>
            <w:tcW w:w="3905" w:type="dxa"/>
            <w:vAlign w:val="center"/>
          </w:tcPr>
          <w:p w14:paraId="748522A9" w14:textId="49219227" w:rsidR="00E86C34" w:rsidRPr="00656B1E" w:rsidRDefault="008925BB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</w:t>
            </w:r>
            <w:r w:rsidR="002859BD" w:rsidRPr="00656B1E">
              <w:rPr>
                <w:rFonts w:asciiTheme="majorHAnsi" w:hAnsiTheme="majorHAnsi" w:cstheme="majorHAnsi"/>
                <w:sz w:val="20"/>
                <w:szCs w:val="20"/>
              </w:rPr>
              <w:t xml:space="preserve"> (CAWB)</w:t>
            </w:r>
          </w:p>
          <w:p w14:paraId="4C23626A" w14:textId="0489D3D9" w:rsidR="008925BB" w:rsidRPr="00656B1E" w:rsidRDefault="008925BB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Performance, Personnel and Pay</w:t>
            </w:r>
            <w:r w:rsidR="002859BD" w:rsidRPr="00656B1E">
              <w:rPr>
                <w:rFonts w:asciiTheme="majorHAnsi" w:hAnsiTheme="majorHAnsi" w:cstheme="majorHAnsi"/>
                <w:sz w:val="20"/>
                <w:szCs w:val="20"/>
              </w:rPr>
              <w:t xml:space="preserve"> (PPP)</w:t>
            </w:r>
          </w:p>
          <w:p w14:paraId="19A264CE" w14:textId="52660000" w:rsidR="008925BB" w:rsidRPr="00656B1E" w:rsidRDefault="002859BD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Headteacher’s Recruitment Panel</w:t>
            </w:r>
          </w:p>
        </w:tc>
      </w:tr>
      <w:tr w:rsidR="00E86C34" w:rsidRPr="00656B1E" w14:paraId="15B4C53E" w14:textId="77777777" w:rsidTr="002859BD">
        <w:trPr>
          <w:jc w:val="center"/>
        </w:trPr>
        <w:tc>
          <w:tcPr>
            <w:tcW w:w="2122" w:type="dxa"/>
          </w:tcPr>
          <w:p w14:paraId="1973093F" w14:textId="6CDF76F8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Elaine Jones</w:t>
            </w:r>
          </w:p>
        </w:tc>
        <w:tc>
          <w:tcPr>
            <w:tcW w:w="2835" w:type="dxa"/>
          </w:tcPr>
          <w:p w14:paraId="372C435C" w14:textId="77777777" w:rsidR="008925BB" w:rsidRPr="00656B1E" w:rsidRDefault="008925BB" w:rsidP="008925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Co-Vice Chair of Trustees</w:t>
            </w:r>
          </w:p>
          <w:p w14:paraId="6D3686E2" w14:textId="26E88A93" w:rsidR="00E86C34" w:rsidRPr="00656B1E" w:rsidRDefault="008925BB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Chair of Resources</w:t>
            </w:r>
          </w:p>
        </w:tc>
        <w:tc>
          <w:tcPr>
            <w:tcW w:w="1559" w:type="dxa"/>
          </w:tcPr>
          <w:p w14:paraId="5FE17380" w14:textId="4A74FB1C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02.12.2013</w:t>
            </w:r>
          </w:p>
        </w:tc>
        <w:tc>
          <w:tcPr>
            <w:tcW w:w="1134" w:type="dxa"/>
            <w:vAlign w:val="center"/>
          </w:tcPr>
          <w:p w14:paraId="6718E8D0" w14:textId="2FCFC62A" w:rsidR="00E86C34" w:rsidRPr="00656B1E" w:rsidRDefault="009A0A63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02.12.2029</w:t>
            </w:r>
          </w:p>
        </w:tc>
        <w:tc>
          <w:tcPr>
            <w:tcW w:w="2835" w:type="dxa"/>
          </w:tcPr>
          <w:p w14:paraId="41A8624F" w14:textId="75AADB3F" w:rsidR="00E86C34" w:rsidRPr="00656B1E" w:rsidRDefault="00E86C34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0A7D00B4" w14:textId="77777777" w:rsidR="00E86C34" w:rsidRPr="00656B1E" w:rsidRDefault="002859BD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Resources</w:t>
            </w:r>
          </w:p>
          <w:p w14:paraId="6304FE25" w14:textId="7777777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Performance, Personnel and Pay (PPP)</w:t>
            </w:r>
          </w:p>
          <w:p w14:paraId="73D03601" w14:textId="66943188" w:rsidR="002859BD" w:rsidRPr="00656B1E" w:rsidRDefault="002859BD" w:rsidP="00E86C3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Headteacher’s Recruitment Panel</w:t>
            </w:r>
          </w:p>
        </w:tc>
      </w:tr>
      <w:tr w:rsidR="009A0A63" w:rsidRPr="00656B1E" w14:paraId="404378F4" w14:textId="77777777" w:rsidTr="002859BD">
        <w:trPr>
          <w:jc w:val="center"/>
        </w:trPr>
        <w:tc>
          <w:tcPr>
            <w:tcW w:w="2122" w:type="dxa"/>
          </w:tcPr>
          <w:p w14:paraId="5B41CFCB" w14:textId="3764B8B8" w:rsidR="009A0A63" w:rsidRPr="00656B1E" w:rsidRDefault="009A0A63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Terence Ngai</w:t>
            </w:r>
          </w:p>
        </w:tc>
        <w:tc>
          <w:tcPr>
            <w:tcW w:w="2835" w:type="dxa"/>
          </w:tcPr>
          <w:p w14:paraId="3C7EA89E" w14:textId="77777777" w:rsidR="009A0A63" w:rsidRPr="00656B1E" w:rsidRDefault="002859BD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Chair of Admissions</w:t>
            </w:r>
          </w:p>
          <w:p w14:paraId="4ABB702D" w14:textId="77777777" w:rsidR="002859BD" w:rsidRPr="00656B1E" w:rsidRDefault="002859BD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Health &amp; Safety</w:t>
            </w:r>
          </w:p>
          <w:p w14:paraId="06CD97C2" w14:textId="240841D0" w:rsidR="002859BD" w:rsidRPr="00656B1E" w:rsidRDefault="002859BD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Data</w:t>
            </w:r>
          </w:p>
        </w:tc>
        <w:tc>
          <w:tcPr>
            <w:tcW w:w="1559" w:type="dxa"/>
          </w:tcPr>
          <w:p w14:paraId="1843AE5E" w14:textId="7F0456F0" w:rsidR="009A0A63" w:rsidRPr="00656B1E" w:rsidRDefault="009A0A63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3.10.2023</w:t>
            </w:r>
          </w:p>
        </w:tc>
        <w:tc>
          <w:tcPr>
            <w:tcW w:w="1134" w:type="dxa"/>
          </w:tcPr>
          <w:p w14:paraId="77850B29" w14:textId="37AD779C" w:rsidR="009A0A63" w:rsidRPr="00656B1E" w:rsidRDefault="009A0A63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3.10.2027</w:t>
            </w:r>
          </w:p>
        </w:tc>
        <w:tc>
          <w:tcPr>
            <w:tcW w:w="2835" w:type="dxa"/>
          </w:tcPr>
          <w:p w14:paraId="460A1AE1" w14:textId="36AA0795" w:rsidR="009A0A63" w:rsidRPr="00656B1E" w:rsidRDefault="009A0A63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Co-opted by trustees</w:t>
            </w:r>
          </w:p>
        </w:tc>
        <w:tc>
          <w:tcPr>
            <w:tcW w:w="3905" w:type="dxa"/>
            <w:vAlign w:val="center"/>
          </w:tcPr>
          <w:p w14:paraId="06C6999D" w14:textId="77777777" w:rsidR="002859BD" w:rsidRPr="00656B1E" w:rsidRDefault="002859BD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Resources</w:t>
            </w:r>
          </w:p>
          <w:p w14:paraId="0CB614AA" w14:textId="4EEA1F7B" w:rsidR="009A0A63" w:rsidRPr="00656B1E" w:rsidRDefault="002859BD" w:rsidP="009A0A6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Admissions</w:t>
            </w:r>
          </w:p>
        </w:tc>
      </w:tr>
      <w:tr w:rsidR="002859BD" w:rsidRPr="00656B1E" w14:paraId="5CB88E68" w14:textId="77777777" w:rsidTr="002859BD">
        <w:trPr>
          <w:jc w:val="center"/>
        </w:trPr>
        <w:tc>
          <w:tcPr>
            <w:tcW w:w="2122" w:type="dxa"/>
          </w:tcPr>
          <w:p w14:paraId="7783EF25" w14:textId="2E0F2BA8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Natalie Holland</w:t>
            </w:r>
          </w:p>
        </w:tc>
        <w:tc>
          <w:tcPr>
            <w:tcW w:w="2835" w:type="dxa"/>
          </w:tcPr>
          <w:p w14:paraId="1B7A5BB9" w14:textId="0F1A9DD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Training</w:t>
            </w:r>
          </w:p>
        </w:tc>
        <w:tc>
          <w:tcPr>
            <w:tcW w:w="1559" w:type="dxa"/>
          </w:tcPr>
          <w:p w14:paraId="401D96A8" w14:textId="64883E1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17.7.2024</w:t>
            </w:r>
          </w:p>
        </w:tc>
        <w:tc>
          <w:tcPr>
            <w:tcW w:w="1134" w:type="dxa"/>
          </w:tcPr>
          <w:p w14:paraId="4A298BB0" w14:textId="14D25AB1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17.7.2028</w:t>
            </w:r>
          </w:p>
        </w:tc>
        <w:tc>
          <w:tcPr>
            <w:tcW w:w="2835" w:type="dxa"/>
          </w:tcPr>
          <w:p w14:paraId="36E0C4EA" w14:textId="33F1B72C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Staff Trustee</w:t>
            </w:r>
          </w:p>
        </w:tc>
        <w:tc>
          <w:tcPr>
            <w:tcW w:w="3905" w:type="dxa"/>
            <w:vAlign w:val="center"/>
          </w:tcPr>
          <w:p w14:paraId="4699F169" w14:textId="7777777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Resources</w:t>
            </w:r>
          </w:p>
          <w:p w14:paraId="67EF2703" w14:textId="1ACF3232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Admissions</w:t>
            </w:r>
          </w:p>
        </w:tc>
      </w:tr>
      <w:tr w:rsidR="002859BD" w:rsidRPr="00656B1E" w14:paraId="6D731AEF" w14:textId="77777777" w:rsidTr="002859BD">
        <w:trPr>
          <w:jc w:val="center"/>
        </w:trPr>
        <w:tc>
          <w:tcPr>
            <w:tcW w:w="2122" w:type="dxa"/>
          </w:tcPr>
          <w:p w14:paraId="2F3C1056" w14:textId="170AAA72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Natasha Green</w:t>
            </w:r>
          </w:p>
        </w:tc>
        <w:tc>
          <w:tcPr>
            <w:tcW w:w="2835" w:type="dxa"/>
          </w:tcPr>
          <w:p w14:paraId="2E4B83F1" w14:textId="528D2760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118015" w14:textId="50299E2A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01.9.2026</w:t>
            </w:r>
          </w:p>
        </w:tc>
        <w:tc>
          <w:tcPr>
            <w:tcW w:w="1134" w:type="dxa"/>
          </w:tcPr>
          <w:p w14:paraId="146B5CB4" w14:textId="6C0E967A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31.8.2026</w:t>
            </w:r>
          </w:p>
        </w:tc>
        <w:tc>
          <w:tcPr>
            <w:tcW w:w="2835" w:type="dxa"/>
          </w:tcPr>
          <w:p w14:paraId="75D02C45" w14:textId="5B0CD6D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Ex-Officio / Acting Headteacher</w:t>
            </w:r>
          </w:p>
        </w:tc>
        <w:tc>
          <w:tcPr>
            <w:tcW w:w="3905" w:type="dxa"/>
            <w:vAlign w:val="center"/>
          </w:tcPr>
          <w:p w14:paraId="4E3F4CD3" w14:textId="7777777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859BD" w:rsidRPr="00656B1E" w14:paraId="0298AC80" w14:textId="77777777" w:rsidTr="002859BD">
        <w:trPr>
          <w:jc w:val="center"/>
        </w:trPr>
        <w:tc>
          <w:tcPr>
            <w:tcW w:w="2122" w:type="dxa"/>
          </w:tcPr>
          <w:p w14:paraId="73DD2C52" w14:textId="0F3985CC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Adam Fox-Rumley</w:t>
            </w:r>
          </w:p>
        </w:tc>
        <w:tc>
          <w:tcPr>
            <w:tcW w:w="2835" w:type="dxa"/>
          </w:tcPr>
          <w:p w14:paraId="06FA3C68" w14:textId="33AD857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Lettings</w:t>
            </w:r>
          </w:p>
        </w:tc>
        <w:tc>
          <w:tcPr>
            <w:tcW w:w="1559" w:type="dxa"/>
          </w:tcPr>
          <w:p w14:paraId="48EC0393" w14:textId="4CD9EC96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22.10.2024</w:t>
            </w:r>
          </w:p>
        </w:tc>
        <w:tc>
          <w:tcPr>
            <w:tcW w:w="1134" w:type="dxa"/>
          </w:tcPr>
          <w:p w14:paraId="2151F52C" w14:textId="64EDE28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22.10.2028</w:t>
            </w:r>
          </w:p>
        </w:tc>
        <w:tc>
          <w:tcPr>
            <w:tcW w:w="2835" w:type="dxa"/>
          </w:tcPr>
          <w:p w14:paraId="6037597F" w14:textId="169BF238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10A6E7C0" w14:textId="7777777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Resources</w:t>
            </w:r>
          </w:p>
          <w:p w14:paraId="46714609" w14:textId="48FB7F9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FSIG Working Group</w:t>
            </w:r>
          </w:p>
        </w:tc>
      </w:tr>
      <w:tr w:rsidR="002859BD" w:rsidRPr="00656B1E" w14:paraId="3860DB2B" w14:textId="77777777" w:rsidTr="002859BD">
        <w:trPr>
          <w:jc w:val="center"/>
        </w:trPr>
        <w:tc>
          <w:tcPr>
            <w:tcW w:w="2122" w:type="dxa"/>
          </w:tcPr>
          <w:p w14:paraId="361E6D30" w14:textId="2CCEA74C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Katie Fawcett</w:t>
            </w:r>
          </w:p>
        </w:tc>
        <w:tc>
          <w:tcPr>
            <w:tcW w:w="2835" w:type="dxa"/>
          </w:tcPr>
          <w:p w14:paraId="484F973E" w14:textId="5863C8E6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Responsible Officer</w:t>
            </w:r>
          </w:p>
        </w:tc>
        <w:tc>
          <w:tcPr>
            <w:tcW w:w="1559" w:type="dxa"/>
          </w:tcPr>
          <w:p w14:paraId="3069F6F9" w14:textId="5F561B1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22.10.2024</w:t>
            </w:r>
          </w:p>
        </w:tc>
        <w:tc>
          <w:tcPr>
            <w:tcW w:w="1134" w:type="dxa"/>
          </w:tcPr>
          <w:p w14:paraId="6C3472F0" w14:textId="151972E0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22.10.2028</w:t>
            </w:r>
          </w:p>
        </w:tc>
        <w:tc>
          <w:tcPr>
            <w:tcW w:w="2835" w:type="dxa"/>
          </w:tcPr>
          <w:p w14:paraId="332A6224" w14:textId="77A81393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49E4E695" w14:textId="7777777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Resources</w:t>
            </w:r>
          </w:p>
          <w:p w14:paraId="7C03C9C7" w14:textId="3E196C98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Admissions</w:t>
            </w:r>
          </w:p>
        </w:tc>
      </w:tr>
      <w:tr w:rsidR="002859BD" w:rsidRPr="00656B1E" w14:paraId="542E7542" w14:textId="77777777" w:rsidTr="002859BD">
        <w:trPr>
          <w:jc w:val="center"/>
        </w:trPr>
        <w:tc>
          <w:tcPr>
            <w:tcW w:w="2122" w:type="dxa"/>
          </w:tcPr>
          <w:p w14:paraId="76C4CE78" w14:textId="0EF4CD54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Mark Jacoby</w:t>
            </w:r>
          </w:p>
        </w:tc>
        <w:tc>
          <w:tcPr>
            <w:tcW w:w="2835" w:type="dxa"/>
          </w:tcPr>
          <w:p w14:paraId="7731C73A" w14:textId="29C25E18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PAMS</w:t>
            </w:r>
          </w:p>
        </w:tc>
        <w:tc>
          <w:tcPr>
            <w:tcW w:w="1559" w:type="dxa"/>
          </w:tcPr>
          <w:p w14:paraId="4BB50304" w14:textId="67A58B52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05.11.2024</w:t>
            </w:r>
          </w:p>
        </w:tc>
        <w:tc>
          <w:tcPr>
            <w:tcW w:w="1134" w:type="dxa"/>
          </w:tcPr>
          <w:p w14:paraId="7A418F89" w14:textId="0C58B692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5.11.2028</w:t>
            </w:r>
          </w:p>
        </w:tc>
        <w:tc>
          <w:tcPr>
            <w:tcW w:w="2835" w:type="dxa"/>
          </w:tcPr>
          <w:p w14:paraId="402C67DE" w14:textId="0603E851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Staff Trustee</w:t>
            </w:r>
          </w:p>
        </w:tc>
        <w:tc>
          <w:tcPr>
            <w:tcW w:w="3905" w:type="dxa"/>
            <w:vAlign w:val="center"/>
          </w:tcPr>
          <w:p w14:paraId="0299751C" w14:textId="5795774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7BFEC74D" w14:textId="77777777" w:rsidTr="002859BD">
        <w:trPr>
          <w:jc w:val="center"/>
        </w:trPr>
        <w:tc>
          <w:tcPr>
            <w:tcW w:w="2122" w:type="dxa"/>
          </w:tcPr>
          <w:p w14:paraId="155546C3" w14:textId="3E4CF59D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Rev Mark Ashworth</w:t>
            </w:r>
          </w:p>
        </w:tc>
        <w:tc>
          <w:tcPr>
            <w:tcW w:w="2835" w:type="dxa"/>
          </w:tcPr>
          <w:p w14:paraId="038872E5" w14:textId="044764C5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Positive Mental Health &amp; Wellbeing</w:t>
            </w:r>
          </w:p>
        </w:tc>
        <w:tc>
          <w:tcPr>
            <w:tcW w:w="1559" w:type="dxa"/>
          </w:tcPr>
          <w:p w14:paraId="24AC7CAE" w14:textId="024FF2F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06.5.2025</w:t>
            </w:r>
          </w:p>
        </w:tc>
        <w:tc>
          <w:tcPr>
            <w:tcW w:w="1134" w:type="dxa"/>
          </w:tcPr>
          <w:p w14:paraId="0837EF9D" w14:textId="32D01AB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06.5.2029</w:t>
            </w:r>
          </w:p>
        </w:tc>
        <w:tc>
          <w:tcPr>
            <w:tcW w:w="2835" w:type="dxa"/>
          </w:tcPr>
          <w:p w14:paraId="64F009B0" w14:textId="5EF40CE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Co-opted by trustees</w:t>
            </w:r>
          </w:p>
        </w:tc>
        <w:tc>
          <w:tcPr>
            <w:tcW w:w="3905" w:type="dxa"/>
            <w:vAlign w:val="center"/>
          </w:tcPr>
          <w:p w14:paraId="67B092DB" w14:textId="6B47A6B0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0B7913AC" w14:textId="77777777" w:rsidTr="002859BD">
        <w:trPr>
          <w:jc w:val="center"/>
        </w:trPr>
        <w:tc>
          <w:tcPr>
            <w:tcW w:w="2122" w:type="dxa"/>
          </w:tcPr>
          <w:p w14:paraId="7830DCD1" w14:textId="6075C443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Coleen Highfield</w:t>
            </w:r>
          </w:p>
        </w:tc>
        <w:tc>
          <w:tcPr>
            <w:tcW w:w="2835" w:type="dxa"/>
          </w:tcPr>
          <w:p w14:paraId="059423E8" w14:textId="0F6E2459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Safeguarding</w:t>
            </w:r>
          </w:p>
        </w:tc>
        <w:tc>
          <w:tcPr>
            <w:tcW w:w="1559" w:type="dxa"/>
          </w:tcPr>
          <w:p w14:paraId="1F323700" w14:textId="54DEC65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03.12.2025</w:t>
            </w:r>
          </w:p>
        </w:tc>
        <w:tc>
          <w:tcPr>
            <w:tcW w:w="1134" w:type="dxa"/>
          </w:tcPr>
          <w:p w14:paraId="6474CBEC" w14:textId="749E3659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03.12.2029</w:t>
            </w:r>
          </w:p>
        </w:tc>
        <w:tc>
          <w:tcPr>
            <w:tcW w:w="2835" w:type="dxa"/>
          </w:tcPr>
          <w:p w14:paraId="6FBFFD2A" w14:textId="53A074A1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33602BB2" w14:textId="7C18049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4E604C4A" w14:textId="77777777" w:rsidTr="002859BD">
        <w:trPr>
          <w:jc w:val="center"/>
        </w:trPr>
        <w:tc>
          <w:tcPr>
            <w:tcW w:w="2122" w:type="dxa"/>
          </w:tcPr>
          <w:p w14:paraId="3EF47651" w14:textId="20F739C0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Emma Cowland</w:t>
            </w:r>
          </w:p>
        </w:tc>
        <w:tc>
          <w:tcPr>
            <w:tcW w:w="2835" w:type="dxa"/>
          </w:tcPr>
          <w:p w14:paraId="436BCA2E" w14:textId="5FE44083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SEND</w:t>
            </w:r>
          </w:p>
        </w:tc>
        <w:tc>
          <w:tcPr>
            <w:tcW w:w="1559" w:type="dxa"/>
          </w:tcPr>
          <w:p w14:paraId="19382EDD" w14:textId="016CEE7A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03.12.2025</w:t>
            </w:r>
          </w:p>
        </w:tc>
        <w:tc>
          <w:tcPr>
            <w:tcW w:w="1134" w:type="dxa"/>
          </w:tcPr>
          <w:p w14:paraId="1B6A9A32" w14:textId="7497D9E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03.12.2029</w:t>
            </w:r>
          </w:p>
        </w:tc>
        <w:tc>
          <w:tcPr>
            <w:tcW w:w="2835" w:type="dxa"/>
          </w:tcPr>
          <w:p w14:paraId="63AA35B2" w14:textId="4DA7157C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13DADD16" w14:textId="06496FF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66529A53" w14:textId="77777777" w:rsidTr="002859BD">
        <w:trPr>
          <w:jc w:val="center"/>
        </w:trPr>
        <w:tc>
          <w:tcPr>
            <w:tcW w:w="2122" w:type="dxa"/>
          </w:tcPr>
          <w:p w14:paraId="5F5B8EAB" w14:textId="476F3472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Taj Clair</w:t>
            </w:r>
          </w:p>
        </w:tc>
        <w:tc>
          <w:tcPr>
            <w:tcW w:w="2835" w:type="dxa"/>
          </w:tcPr>
          <w:p w14:paraId="567D2384" w14:textId="6B9F577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Cyber Security</w:t>
            </w:r>
          </w:p>
        </w:tc>
        <w:tc>
          <w:tcPr>
            <w:tcW w:w="1559" w:type="dxa"/>
          </w:tcPr>
          <w:p w14:paraId="19C8604A" w14:textId="4B056821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03.12.2025</w:t>
            </w:r>
          </w:p>
        </w:tc>
        <w:tc>
          <w:tcPr>
            <w:tcW w:w="1134" w:type="dxa"/>
          </w:tcPr>
          <w:p w14:paraId="3722A87C" w14:textId="00908B5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03.12.2029</w:t>
            </w:r>
          </w:p>
        </w:tc>
        <w:tc>
          <w:tcPr>
            <w:tcW w:w="2835" w:type="dxa"/>
          </w:tcPr>
          <w:p w14:paraId="47A68054" w14:textId="1DF01D73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5995E3D7" w14:textId="67602FAC" w:rsidR="00842245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782CCD6A" w14:textId="77777777" w:rsidTr="002859BD">
        <w:trPr>
          <w:jc w:val="center"/>
        </w:trPr>
        <w:tc>
          <w:tcPr>
            <w:tcW w:w="2122" w:type="dxa"/>
          </w:tcPr>
          <w:p w14:paraId="09F75F96" w14:textId="103BCE03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Haris Salman</w:t>
            </w:r>
          </w:p>
        </w:tc>
        <w:tc>
          <w:tcPr>
            <w:tcW w:w="2835" w:type="dxa"/>
          </w:tcPr>
          <w:p w14:paraId="721AB383" w14:textId="2069A109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65A75F" w14:textId="2978A178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03.12.2025</w:t>
            </w:r>
          </w:p>
        </w:tc>
        <w:tc>
          <w:tcPr>
            <w:tcW w:w="1134" w:type="dxa"/>
          </w:tcPr>
          <w:p w14:paraId="27D2A7E0" w14:textId="443EDA54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03.12.2029</w:t>
            </w:r>
          </w:p>
        </w:tc>
        <w:tc>
          <w:tcPr>
            <w:tcW w:w="2835" w:type="dxa"/>
          </w:tcPr>
          <w:p w14:paraId="577F1756" w14:textId="1FA691B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Appointed by members</w:t>
            </w:r>
          </w:p>
        </w:tc>
        <w:tc>
          <w:tcPr>
            <w:tcW w:w="3905" w:type="dxa"/>
            <w:vAlign w:val="center"/>
          </w:tcPr>
          <w:p w14:paraId="41AF2BB6" w14:textId="6B1AE4C4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0FFEC0BA" w14:textId="77777777" w:rsidTr="002859BD">
        <w:trPr>
          <w:jc w:val="center"/>
        </w:trPr>
        <w:tc>
          <w:tcPr>
            <w:tcW w:w="2122" w:type="dxa"/>
          </w:tcPr>
          <w:p w14:paraId="42A61DF7" w14:textId="615AFF56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Amelia Au-Yeung</w:t>
            </w:r>
          </w:p>
        </w:tc>
        <w:tc>
          <w:tcPr>
            <w:tcW w:w="2835" w:type="dxa"/>
          </w:tcPr>
          <w:p w14:paraId="79D85E06" w14:textId="05C319F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SEND</w:t>
            </w:r>
          </w:p>
        </w:tc>
        <w:tc>
          <w:tcPr>
            <w:tcW w:w="1559" w:type="dxa"/>
          </w:tcPr>
          <w:p w14:paraId="7C9C0F73" w14:textId="56A0498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21.3.2022</w:t>
            </w:r>
          </w:p>
        </w:tc>
        <w:tc>
          <w:tcPr>
            <w:tcW w:w="1134" w:type="dxa"/>
            <w:vAlign w:val="center"/>
          </w:tcPr>
          <w:p w14:paraId="0A09B7FA" w14:textId="59D590FD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21.3.2026</w:t>
            </w:r>
          </w:p>
        </w:tc>
        <w:tc>
          <w:tcPr>
            <w:tcW w:w="2835" w:type="dxa"/>
          </w:tcPr>
          <w:p w14:paraId="31E3956A" w14:textId="54317B50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Parent Trustee</w:t>
            </w:r>
          </w:p>
        </w:tc>
        <w:tc>
          <w:tcPr>
            <w:tcW w:w="3905" w:type="dxa"/>
            <w:vAlign w:val="center"/>
          </w:tcPr>
          <w:p w14:paraId="02E7C1B4" w14:textId="2C024608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13AF3C67" w14:textId="77777777" w:rsidTr="002859BD">
        <w:trPr>
          <w:jc w:val="center"/>
        </w:trPr>
        <w:tc>
          <w:tcPr>
            <w:tcW w:w="2122" w:type="dxa"/>
          </w:tcPr>
          <w:p w14:paraId="60DF830D" w14:textId="7B02738F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Gurpreet Kumar</w:t>
            </w:r>
          </w:p>
        </w:tc>
        <w:tc>
          <w:tcPr>
            <w:tcW w:w="2835" w:type="dxa"/>
          </w:tcPr>
          <w:p w14:paraId="79B3674E" w14:textId="42E5FDE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Inclusion - Pupil Premium</w:t>
            </w:r>
          </w:p>
        </w:tc>
        <w:tc>
          <w:tcPr>
            <w:tcW w:w="1559" w:type="dxa"/>
          </w:tcPr>
          <w:p w14:paraId="728F1684" w14:textId="13D7319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04.4.2025</w:t>
            </w:r>
          </w:p>
        </w:tc>
        <w:tc>
          <w:tcPr>
            <w:tcW w:w="1134" w:type="dxa"/>
            <w:vAlign w:val="center"/>
          </w:tcPr>
          <w:p w14:paraId="765FB777" w14:textId="4C55895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17.3.2026</w:t>
            </w:r>
          </w:p>
        </w:tc>
        <w:tc>
          <w:tcPr>
            <w:tcW w:w="2835" w:type="dxa"/>
          </w:tcPr>
          <w:p w14:paraId="510E57A0" w14:textId="095497BD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Parent Trustee</w:t>
            </w:r>
          </w:p>
        </w:tc>
        <w:tc>
          <w:tcPr>
            <w:tcW w:w="3905" w:type="dxa"/>
            <w:vAlign w:val="center"/>
          </w:tcPr>
          <w:p w14:paraId="2E4477A8" w14:textId="5541F2CB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Children’s Achievement &amp; Wellbeing (CAWB)</w:t>
            </w:r>
          </w:p>
        </w:tc>
      </w:tr>
      <w:tr w:rsidR="002859BD" w:rsidRPr="00656B1E" w14:paraId="08ACF453" w14:textId="77777777" w:rsidTr="002859BD">
        <w:trPr>
          <w:jc w:val="center"/>
        </w:trPr>
        <w:tc>
          <w:tcPr>
            <w:tcW w:w="2122" w:type="dxa"/>
          </w:tcPr>
          <w:p w14:paraId="7584A446" w14:textId="281835AE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Doris Neville-Davies</w:t>
            </w:r>
          </w:p>
        </w:tc>
        <w:tc>
          <w:tcPr>
            <w:tcW w:w="2835" w:type="dxa"/>
          </w:tcPr>
          <w:p w14:paraId="7C9F1287" w14:textId="36EBAD8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96C40B" w14:textId="72B456F4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08.10.2025</w:t>
            </w:r>
          </w:p>
        </w:tc>
        <w:tc>
          <w:tcPr>
            <w:tcW w:w="1134" w:type="dxa"/>
            <w:vAlign w:val="center"/>
          </w:tcPr>
          <w:p w14:paraId="1BEBD5B5" w14:textId="2440178C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08.10.2026</w:t>
            </w:r>
          </w:p>
        </w:tc>
        <w:tc>
          <w:tcPr>
            <w:tcW w:w="2835" w:type="dxa"/>
          </w:tcPr>
          <w:p w14:paraId="41723009" w14:textId="0D4DE1D0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Associate Member</w:t>
            </w:r>
          </w:p>
        </w:tc>
        <w:tc>
          <w:tcPr>
            <w:tcW w:w="3905" w:type="dxa"/>
            <w:vAlign w:val="center"/>
          </w:tcPr>
          <w:p w14:paraId="1EA85402" w14:textId="77777777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Admissions</w:t>
            </w:r>
          </w:p>
          <w:p w14:paraId="54A99459" w14:textId="7011C681" w:rsidR="002859BD" w:rsidRPr="00656B1E" w:rsidRDefault="002859BD" w:rsidP="002859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56B1E">
              <w:rPr>
                <w:rFonts w:asciiTheme="majorHAnsi" w:hAnsiTheme="majorHAnsi" w:cstheme="majorHAnsi"/>
                <w:sz w:val="20"/>
                <w:szCs w:val="20"/>
              </w:rPr>
              <w:t>Performance, Personnel and Pay (PPP)</w:t>
            </w:r>
          </w:p>
        </w:tc>
      </w:tr>
    </w:tbl>
    <w:p w14:paraId="69D155B7" w14:textId="77777777" w:rsidR="007545B7" w:rsidRPr="00E86C34" w:rsidRDefault="007545B7">
      <w:pPr>
        <w:rPr>
          <w:rFonts w:asciiTheme="majorHAnsi" w:hAnsiTheme="majorHAnsi" w:cstheme="majorHAnsi"/>
        </w:rPr>
      </w:pPr>
    </w:p>
    <w:p w14:paraId="1ED23136" w14:textId="77777777" w:rsidR="007545B7" w:rsidRPr="00E86C34" w:rsidRDefault="00000000">
      <w:pPr>
        <w:spacing w:before="160" w:after="80"/>
        <w:rPr>
          <w:rFonts w:asciiTheme="majorHAnsi" w:hAnsiTheme="majorHAnsi" w:cstheme="majorHAnsi"/>
        </w:rPr>
      </w:pPr>
      <w:r w:rsidRPr="00E86C34">
        <w:rPr>
          <w:rFonts w:asciiTheme="majorHAnsi" w:hAnsiTheme="majorHAnsi" w:cstheme="majorHAnsi"/>
          <w:b/>
          <w:sz w:val="26"/>
        </w:rPr>
        <w:lastRenderedPageBreak/>
        <w:t>2. Meeting Attendance 2025–2026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7545B7" w:rsidRPr="009244D0" w14:paraId="478CBB22" w14:textId="77777777" w:rsidTr="00656B1E">
        <w:trPr>
          <w:jc w:val="center"/>
        </w:trPr>
        <w:tc>
          <w:tcPr>
            <w:tcW w:w="2055" w:type="dxa"/>
            <w:vAlign w:val="center"/>
          </w:tcPr>
          <w:p w14:paraId="00B6B565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Trustee</w:t>
            </w:r>
          </w:p>
        </w:tc>
        <w:tc>
          <w:tcPr>
            <w:tcW w:w="2055" w:type="dxa"/>
            <w:vAlign w:val="center"/>
          </w:tcPr>
          <w:p w14:paraId="7C598FD2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Board of Trustees</w:t>
            </w:r>
          </w:p>
        </w:tc>
        <w:tc>
          <w:tcPr>
            <w:tcW w:w="2056" w:type="dxa"/>
            <w:vAlign w:val="center"/>
          </w:tcPr>
          <w:p w14:paraId="12EF6AF9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Resources</w:t>
            </w:r>
          </w:p>
        </w:tc>
        <w:tc>
          <w:tcPr>
            <w:tcW w:w="2056" w:type="dxa"/>
            <w:vAlign w:val="center"/>
          </w:tcPr>
          <w:p w14:paraId="05E77EE5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CAWB</w:t>
            </w:r>
          </w:p>
        </w:tc>
        <w:tc>
          <w:tcPr>
            <w:tcW w:w="2056" w:type="dxa"/>
            <w:vAlign w:val="center"/>
          </w:tcPr>
          <w:p w14:paraId="1CFBBFA8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Admissions</w:t>
            </w:r>
          </w:p>
        </w:tc>
        <w:tc>
          <w:tcPr>
            <w:tcW w:w="2056" w:type="dxa"/>
            <w:vAlign w:val="center"/>
          </w:tcPr>
          <w:p w14:paraId="00F446CF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PP&amp;P</w:t>
            </w:r>
          </w:p>
        </w:tc>
        <w:tc>
          <w:tcPr>
            <w:tcW w:w="2056" w:type="dxa"/>
            <w:vAlign w:val="center"/>
          </w:tcPr>
          <w:p w14:paraId="364D1E35" w14:textId="77777777" w:rsidR="007545B7" w:rsidRPr="009244D0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b/>
                <w:sz w:val="20"/>
                <w:szCs w:val="20"/>
              </w:rPr>
              <w:t>HTPP</w:t>
            </w:r>
          </w:p>
        </w:tc>
      </w:tr>
      <w:tr w:rsidR="00656B1E" w:rsidRPr="009244D0" w14:paraId="394906AA" w14:textId="77777777" w:rsidTr="00656B1E">
        <w:trPr>
          <w:jc w:val="center"/>
        </w:trPr>
        <w:tc>
          <w:tcPr>
            <w:tcW w:w="2055" w:type="dxa"/>
          </w:tcPr>
          <w:p w14:paraId="7CF3F186" w14:textId="42A1681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Susan Foster</w:t>
            </w:r>
          </w:p>
        </w:tc>
        <w:tc>
          <w:tcPr>
            <w:tcW w:w="2055" w:type="dxa"/>
            <w:vAlign w:val="center"/>
          </w:tcPr>
          <w:p w14:paraId="35858A48" w14:textId="0A6E855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8/9</w:t>
            </w:r>
          </w:p>
        </w:tc>
        <w:tc>
          <w:tcPr>
            <w:tcW w:w="2056" w:type="dxa"/>
            <w:vAlign w:val="center"/>
          </w:tcPr>
          <w:p w14:paraId="5F16B582" w14:textId="2DCD005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4/5</w:t>
            </w:r>
          </w:p>
        </w:tc>
        <w:tc>
          <w:tcPr>
            <w:tcW w:w="2056" w:type="dxa"/>
            <w:vAlign w:val="center"/>
          </w:tcPr>
          <w:p w14:paraId="053E35C4" w14:textId="5DD62D5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3EA14525" w14:textId="5EF8E53B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4BE664F9" w14:textId="479DAA32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7/7</w:t>
            </w:r>
          </w:p>
        </w:tc>
        <w:tc>
          <w:tcPr>
            <w:tcW w:w="2056" w:type="dxa"/>
            <w:vAlign w:val="center"/>
          </w:tcPr>
          <w:p w14:paraId="60BC77B3" w14:textId="2534B489" w:rsidR="00656B1E" w:rsidRPr="009244D0" w:rsidRDefault="009F03D1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2/2</w:t>
            </w:r>
          </w:p>
        </w:tc>
      </w:tr>
      <w:tr w:rsidR="00656B1E" w:rsidRPr="009244D0" w14:paraId="085F0434" w14:textId="77777777" w:rsidTr="00656B1E">
        <w:trPr>
          <w:jc w:val="center"/>
        </w:trPr>
        <w:tc>
          <w:tcPr>
            <w:tcW w:w="2055" w:type="dxa"/>
          </w:tcPr>
          <w:p w14:paraId="41916C2B" w14:textId="4524542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Adam Abbott-Watkins</w:t>
            </w:r>
          </w:p>
        </w:tc>
        <w:tc>
          <w:tcPr>
            <w:tcW w:w="2055" w:type="dxa"/>
            <w:vAlign w:val="center"/>
          </w:tcPr>
          <w:p w14:paraId="02EF813F" w14:textId="606904E4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9/9</w:t>
            </w:r>
          </w:p>
        </w:tc>
        <w:tc>
          <w:tcPr>
            <w:tcW w:w="2056" w:type="dxa"/>
            <w:vAlign w:val="center"/>
          </w:tcPr>
          <w:p w14:paraId="393DF646" w14:textId="363564D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1/1</w:t>
            </w:r>
          </w:p>
        </w:tc>
        <w:tc>
          <w:tcPr>
            <w:tcW w:w="2056" w:type="dxa"/>
            <w:vAlign w:val="center"/>
          </w:tcPr>
          <w:p w14:paraId="191DB19A" w14:textId="2727F8F7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5/5</w:t>
            </w:r>
          </w:p>
        </w:tc>
        <w:tc>
          <w:tcPr>
            <w:tcW w:w="2056" w:type="dxa"/>
            <w:vAlign w:val="center"/>
          </w:tcPr>
          <w:p w14:paraId="23332715" w14:textId="0D7F025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7C6F04B3" w14:textId="5B571A9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7/7</w:t>
            </w:r>
          </w:p>
        </w:tc>
        <w:tc>
          <w:tcPr>
            <w:tcW w:w="2056" w:type="dxa"/>
            <w:vAlign w:val="center"/>
          </w:tcPr>
          <w:p w14:paraId="4A145072" w14:textId="1A398808" w:rsidR="00656B1E" w:rsidRPr="009244D0" w:rsidRDefault="009F03D1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2/2</w:t>
            </w:r>
          </w:p>
        </w:tc>
      </w:tr>
      <w:tr w:rsidR="00656B1E" w:rsidRPr="009244D0" w14:paraId="4100B32A" w14:textId="77777777" w:rsidTr="00656B1E">
        <w:trPr>
          <w:jc w:val="center"/>
        </w:trPr>
        <w:tc>
          <w:tcPr>
            <w:tcW w:w="2055" w:type="dxa"/>
          </w:tcPr>
          <w:p w14:paraId="4030E9C0" w14:textId="1DBCAB9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Elaine Jones</w:t>
            </w:r>
          </w:p>
        </w:tc>
        <w:tc>
          <w:tcPr>
            <w:tcW w:w="2055" w:type="dxa"/>
            <w:vAlign w:val="center"/>
          </w:tcPr>
          <w:p w14:paraId="2F8440B2" w14:textId="5DBD7F9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9/9</w:t>
            </w:r>
          </w:p>
        </w:tc>
        <w:tc>
          <w:tcPr>
            <w:tcW w:w="2056" w:type="dxa"/>
            <w:vAlign w:val="center"/>
          </w:tcPr>
          <w:p w14:paraId="7FB2AD40" w14:textId="3268FC52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4/5</w:t>
            </w:r>
          </w:p>
        </w:tc>
        <w:tc>
          <w:tcPr>
            <w:tcW w:w="2056" w:type="dxa"/>
            <w:vAlign w:val="center"/>
          </w:tcPr>
          <w:p w14:paraId="04AD601F" w14:textId="4386DCE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A4D4016" w14:textId="5C89B1C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0A02FA8" w14:textId="03768DF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7/7</w:t>
            </w:r>
          </w:p>
        </w:tc>
        <w:tc>
          <w:tcPr>
            <w:tcW w:w="2056" w:type="dxa"/>
            <w:vAlign w:val="center"/>
          </w:tcPr>
          <w:p w14:paraId="2C512B8E" w14:textId="28F7D123" w:rsidR="00656B1E" w:rsidRPr="009244D0" w:rsidRDefault="009F03D1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1/1</w:t>
            </w:r>
          </w:p>
        </w:tc>
      </w:tr>
      <w:tr w:rsidR="00656B1E" w:rsidRPr="009244D0" w14:paraId="3289EA39" w14:textId="77777777" w:rsidTr="00656B1E">
        <w:trPr>
          <w:jc w:val="center"/>
        </w:trPr>
        <w:tc>
          <w:tcPr>
            <w:tcW w:w="2055" w:type="dxa"/>
          </w:tcPr>
          <w:p w14:paraId="52E61E29" w14:textId="6A108B4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Terence Ngai</w:t>
            </w:r>
          </w:p>
        </w:tc>
        <w:tc>
          <w:tcPr>
            <w:tcW w:w="2055" w:type="dxa"/>
            <w:vAlign w:val="center"/>
          </w:tcPr>
          <w:p w14:paraId="611FE4CF" w14:textId="484E75E5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8/9</w:t>
            </w:r>
          </w:p>
        </w:tc>
        <w:tc>
          <w:tcPr>
            <w:tcW w:w="2056" w:type="dxa"/>
            <w:vAlign w:val="center"/>
          </w:tcPr>
          <w:p w14:paraId="1F99B1D7" w14:textId="3E9CB5B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4/5</w:t>
            </w:r>
          </w:p>
        </w:tc>
        <w:tc>
          <w:tcPr>
            <w:tcW w:w="2056" w:type="dxa"/>
            <w:vAlign w:val="center"/>
          </w:tcPr>
          <w:p w14:paraId="66485A5F" w14:textId="27D61544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0BFE37B" w14:textId="321F4331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10/10</w:t>
            </w:r>
          </w:p>
        </w:tc>
        <w:tc>
          <w:tcPr>
            <w:tcW w:w="2056" w:type="dxa"/>
            <w:vAlign w:val="center"/>
          </w:tcPr>
          <w:p w14:paraId="5C86878D" w14:textId="39470C2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300B09F6" w14:textId="6D74650B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2E5AED2F" w14:textId="77777777" w:rsidTr="00656B1E">
        <w:trPr>
          <w:jc w:val="center"/>
        </w:trPr>
        <w:tc>
          <w:tcPr>
            <w:tcW w:w="2055" w:type="dxa"/>
          </w:tcPr>
          <w:p w14:paraId="6FEB6DF6" w14:textId="17BB7264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Natalie Holland</w:t>
            </w:r>
          </w:p>
        </w:tc>
        <w:tc>
          <w:tcPr>
            <w:tcW w:w="2055" w:type="dxa"/>
            <w:vAlign w:val="center"/>
          </w:tcPr>
          <w:p w14:paraId="35E66DBB" w14:textId="775D393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9/9</w:t>
            </w:r>
          </w:p>
        </w:tc>
        <w:tc>
          <w:tcPr>
            <w:tcW w:w="2056" w:type="dxa"/>
            <w:vAlign w:val="center"/>
          </w:tcPr>
          <w:p w14:paraId="640C600B" w14:textId="3A9592A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5/5</w:t>
            </w:r>
          </w:p>
        </w:tc>
        <w:tc>
          <w:tcPr>
            <w:tcW w:w="2056" w:type="dxa"/>
            <w:vAlign w:val="center"/>
          </w:tcPr>
          <w:p w14:paraId="49CD8047" w14:textId="5AFA88C6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6BBF0E6A" w14:textId="12683C6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8/8</w:t>
            </w:r>
          </w:p>
        </w:tc>
        <w:tc>
          <w:tcPr>
            <w:tcW w:w="2056" w:type="dxa"/>
            <w:vAlign w:val="center"/>
          </w:tcPr>
          <w:p w14:paraId="1B98E48F" w14:textId="51620AD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384F294" w14:textId="25555A5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779188D4" w14:textId="77777777" w:rsidTr="00656B1E">
        <w:trPr>
          <w:jc w:val="center"/>
        </w:trPr>
        <w:tc>
          <w:tcPr>
            <w:tcW w:w="2055" w:type="dxa"/>
          </w:tcPr>
          <w:p w14:paraId="714A009C" w14:textId="0D203322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Natasha Green</w:t>
            </w:r>
          </w:p>
        </w:tc>
        <w:tc>
          <w:tcPr>
            <w:tcW w:w="2055" w:type="dxa"/>
            <w:vAlign w:val="center"/>
          </w:tcPr>
          <w:p w14:paraId="3F064706" w14:textId="14054CB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4/6</w:t>
            </w:r>
          </w:p>
        </w:tc>
        <w:tc>
          <w:tcPr>
            <w:tcW w:w="2056" w:type="dxa"/>
            <w:vAlign w:val="center"/>
          </w:tcPr>
          <w:p w14:paraId="6EDF8FA9" w14:textId="0CFD900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4/5</w:t>
            </w:r>
          </w:p>
        </w:tc>
        <w:tc>
          <w:tcPr>
            <w:tcW w:w="2056" w:type="dxa"/>
            <w:vAlign w:val="center"/>
          </w:tcPr>
          <w:p w14:paraId="11974879" w14:textId="6056CF3B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5/5</w:t>
            </w:r>
          </w:p>
        </w:tc>
        <w:tc>
          <w:tcPr>
            <w:tcW w:w="2056" w:type="dxa"/>
            <w:vAlign w:val="center"/>
          </w:tcPr>
          <w:p w14:paraId="73C40A05" w14:textId="3AF7097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8/10</w:t>
            </w:r>
          </w:p>
        </w:tc>
        <w:tc>
          <w:tcPr>
            <w:tcW w:w="2056" w:type="dxa"/>
            <w:vAlign w:val="center"/>
          </w:tcPr>
          <w:p w14:paraId="42C14745" w14:textId="4085357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BD7F9A9" w14:textId="5677CBD7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67E35725" w14:textId="77777777" w:rsidTr="00656B1E">
        <w:trPr>
          <w:jc w:val="center"/>
        </w:trPr>
        <w:tc>
          <w:tcPr>
            <w:tcW w:w="2055" w:type="dxa"/>
          </w:tcPr>
          <w:p w14:paraId="253B3550" w14:textId="275659C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Adam Fox-Rumley</w:t>
            </w:r>
          </w:p>
        </w:tc>
        <w:tc>
          <w:tcPr>
            <w:tcW w:w="2055" w:type="dxa"/>
            <w:vAlign w:val="center"/>
          </w:tcPr>
          <w:p w14:paraId="6B79011F" w14:textId="6CC6564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9/9</w:t>
            </w:r>
          </w:p>
        </w:tc>
        <w:tc>
          <w:tcPr>
            <w:tcW w:w="2056" w:type="dxa"/>
            <w:vAlign w:val="center"/>
          </w:tcPr>
          <w:p w14:paraId="1C2CF1E8" w14:textId="768F81C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5/5</w:t>
            </w:r>
          </w:p>
        </w:tc>
        <w:tc>
          <w:tcPr>
            <w:tcW w:w="2056" w:type="dxa"/>
            <w:vAlign w:val="center"/>
          </w:tcPr>
          <w:p w14:paraId="03491D7D" w14:textId="7D58ECF6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26FCED79" w14:textId="323249C2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02F031D" w14:textId="081248F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36975D4E" w14:textId="4CD3EA32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01B45641" w14:textId="77777777" w:rsidTr="00656B1E">
        <w:trPr>
          <w:jc w:val="center"/>
        </w:trPr>
        <w:tc>
          <w:tcPr>
            <w:tcW w:w="2055" w:type="dxa"/>
          </w:tcPr>
          <w:p w14:paraId="1793102B" w14:textId="36BFB4A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Katie Fawcett</w:t>
            </w:r>
          </w:p>
        </w:tc>
        <w:tc>
          <w:tcPr>
            <w:tcW w:w="2055" w:type="dxa"/>
            <w:vAlign w:val="center"/>
          </w:tcPr>
          <w:p w14:paraId="7FE00068" w14:textId="7E5BBE7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8/9</w:t>
            </w:r>
          </w:p>
        </w:tc>
        <w:tc>
          <w:tcPr>
            <w:tcW w:w="2056" w:type="dxa"/>
            <w:vAlign w:val="center"/>
          </w:tcPr>
          <w:p w14:paraId="4F7C9E3A" w14:textId="0D729EE5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5/5</w:t>
            </w:r>
          </w:p>
        </w:tc>
        <w:tc>
          <w:tcPr>
            <w:tcW w:w="2056" w:type="dxa"/>
            <w:vAlign w:val="center"/>
          </w:tcPr>
          <w:p w14:paraId="7ACEE811" w14:textId="5787941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6EA9BB93" w14:textId="5A1BF31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8/8</w:t>
            </w:r>
          </w:p>
        </w:tc>
        <w:tc>
          <w:tcPr>
            <w:tcW w:w="2056" w:type="dxa"/>
            <w:vAlign w:val="center"/>
          </w:tcPr>
          <w:p w14:paraId="008DE9B9" w14:textId="1926FF06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F4C004C" w14:textId="78CC5A0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13F7FDB7" w14:textId="77777777" w:rsidTr="00656B1E">
        <w:trPr>
          <w:jc w:val="center"/>
        </w:trPr>
        <w:tc>
          <w:tcPr>
            <w:tcW w:w="2055" w:type="dxa"/>
          </w:tcPr>
          <w:p w14:paraId="7E5DB71A" w14:textId="7382912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Mark Jacoby</w:t>
            </w:r>
          </w:p>
        </w:tc>
        <w:tc>
          <w:tcPr>
            <w:tcW w:w="2055" w:type="dxa"/>
            <w:vAlign w:val="center"/>
          </w:tcPr>
          <w:p w14:paraId="6C466930" w14:textId="139B4FA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8/9</w:t>
            </w:r>
          </w:p>
        </w:tc>
        <w:tc>
          <w:tcPr>
            <w:tcW w:w="2056" w:type="dxa"/>
            <w:vAlign w:val="center"/>
          </w:tcPr>
          <w:p w14:paraId="643E5A3C" w14:textId="0146612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47189D1E" w14:textId="76606CA6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5/5</w:t>
            </w:r>
          </w:p>
        </w:tc>
        <w:tc>
          <w:tcPr>
            <w:tcW w:w="2056" w:type="dxa"/>
            <w:vAlign w:val="center"/>
          </w:tcPr>
          <w:p w14:paraId="16506244" w14:textId="7D4891AA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24D6806E" w14:textId="584639D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409B881" w14:textId="52A5AA0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77B723E3" w14:textId="77777777" w:rsidTr="00656B1E">
        <w:trPr>
          <w:jc w:val="center"/>
        </w:trPr>
        <w:tc>
          <w:tcPr>
            <w:tcW w:w="2055" w:type="dxa"/>
          </w:tcPr>
          <w:p w14:paraId="2BCD0895" w14:textId="73079C9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Rev Mark Ashworth</w:t>
            </w:r>
          </w:p>
        </w:tc>
        <w:tc>
          <w:tcPr>
            <w:tcW w:w="2055" w:type="dxa"/>
            <w:vAlign w:val="center"/>
          </w:tcPr>
          <w:p w14:paraId="73CF1152" w14:textId="5602B02A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8/9</w:t>
            </w:r>
          </w:p>
        </w:tc>
        <w:tc>
          <w:tcPr>
            <w:tcW w:w="2056" w:type="dxa"/>
            <w:vAlign w:val="center"/>
          </w:tcPr>
          <w:p w14:paraId="69D864C8" w14:textId="0409E43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2D9F3F5F" w14:textId="6CC6DC4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4/5</w:t>
            </w:r>
          </w:p>
        </w:tc>
        <w:tc>
          <w:tcPr>
            <w:tcW w:w="2056" w:type="dxa"/>
            <w:vAlign w:val="center"/>
          </w:tcPr>
          <w:p w14:paraId="514EFCDF" w14:textId="64091354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E47DD4A" w14:textId="120155D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6013767" w14:textId="3878F4A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76129944" w14:textId="77777777" w:rsidTr="00656B1E">
        <w:trPr>
          <w:jc w:val="center"/>
        </w:trPr>
        <w:tc>
          <w:tcPr>
            <w:tcW w:w="2055" w:type="dxa"/>
          </w:tcPr>
          <w:p w14:paraId="47E8A184" w14:textId="060F772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Coleen Highfield</w:t>
            </w:r>
          </w:p>
        </w:tc>
        <w:tc>
          <w:tcPr>
            <w:tcW w:w="2055" w:type="dxa"/>
            <w:vAlign w:val="center"/>
          </w:tcPr>
          <w:p w14:paraId="42892DEE" w14:textId="4DEFEE66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5/6</w:t>
            </w:r>
          </w:p>
        </w:tc>
        <w:tc>
          <w:tcPr>
            <w:tcW w:w="2056" w:type="dxa"/>
            <w:vAlign w:val="center"/>
          </w:tcPr>
          <w:p w14:paraId="23B3C94C" w14:textId="0A850407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433E272D" w14:textId="00E8027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3/3</w:t>
            </w:r>
          </w:p>
        </w:tc>
        <w:tc>
          <w:tcPr>
            <w:tcW w:w="2056" w:type="dxa"/>
            <w:vAlign w:val="center"/>
          </w:tcPr>
          <w:p w14:paraId="4271B686" w14:textId="4B375EF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1F740FF8" w14:textId="720DAF0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4295560A" w14:textId="08E1D526" w:rsidR="00656B1E" w:rsidRPr="009244D0" w:rsidRDefault="009F03D1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1/1</w:t>
            </w:r>
          </w:p>
        </w:tc>
      </w:tr>
      <w:tr w:rsidR="00656B1E" w:rsidRPr="009244D0" w14:paraId="7B9CFAF2" w14:textId="77777777" w:rsidTr="00656B1E">
        <w:trPr>
          <w:jc w:val="center"/>
        </w:trPr>
        <w:tc>
          <w:tcPr>
            <w:tcW w:w="2055" w:type="dxa"/>
          </w:tcPr>
          <w:p w14:paraId="428ECB86" w14:textId="1A5B8184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Emma Cowland</w:t>
            </w:r>
          </w:p>
        </w:tc>
        <w:tc>
          <w:tcPr>
            <w:tcW w:w="2055" w:type="dxa"/>
            <w:vAlign w:val="center"/>
          </w:tcPr>
          <w:p w14:paraId="7B22BD40" w14:textId="0E1C9015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6/6</w:t>
            </w:r>
          </w:p>
        </w:tc>
        <w:tc>
          <w:tcPr>
            <w:tcW w:w="2056" w:type="dxa"/>
            <w:vAlign w:val="center"/>
          </w:tcPr>
          <w:p w14:paraId="7EC33DD4" w14:textId="2BF82AB1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2327D857" w14:textId="4CB80235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3/3</w:t>
            </w:r>
          </w:p>
        </w:tc>
        <w:tc>
          <w:tcPr>
            <w:tcW w:w="2056" w:type="dxa"/>
            <w:vAlign w:val="center"/>
          </w:tcPr>
          <w:p w14:paraId="4AA351DA" w14:textId="2644428B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768806A3" w14:textId="7FE0E71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B739160" w14:textId="0016FF19" w:rsidR="00656B1E" w:rsidRPr="009244D0" w:rsidRDefault="00326AA3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1C729A73" w14:textId="77777777" w:rsidTr="00656B1E">
        <w:trPr>
          <w:jc w:val="center"/>
        </w:trPr>
        <w:tc>
          <w:tcPr>
            <w:tcW w:w="2055" w:type="dxa"/>
          </w:tcPr>
          <w:p w14:paraId="50540568" w14:textId="4384771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Taj Clair</w:t>
            </w:r>
          </w:p>
        </w:tc>
        <w:tc>
          <w:tcPr>
            <w:tcW w:w="2055" w:type="dxa"/>
            <w:vAlign w:val="center"/>
          </w:tcPr>
          <w:p w14:paraId="42604B69" w14:textId="77B2ED24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6/6</w:t>
            </w:r>
          </w:p>
        </w:tc>
        <w:tc>
          <w:tcPr>
            <w:tcW w:w="2056" w:type="dxa"/>
            <w:vAlign w:val="center"/>
          </w:tcPr>
          <w:p w14:paraId="0339D2D1" w14:textId="03F80B4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1/2</w:t>
            </w:r>
          </w:p>
        </w:tc>
        <w:tc>
          <w:tcPr>
            <w:tcW w:w="2056" w:type="dxa"/>
            <w:vAlign w:val="center"/>
          </w:tcPr>
          <w:p w14:paraId="5C593CF8" w14:textId="4C6E81F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1/2</w:t>
            </w:r>
          </w:p>
        </w:tc>
        <w:tc>
          <w:tcPr>
            <w:tcW w:w="2056" w:type="dxa"/>
            <w:vAlign w:val="center"/>
          </w:tcPr>
          <w:p w14:paraId="6684D3E7" w14:textId="23B9832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10C245A6" w14:textId="57CD73D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7F6A708" w14:textId="325203E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43DF24C3" w14:textId="77777777" w:rsidTr="00656B1E">
        <w:trPr>
          <w:jc w:val="center"/>
        </w:trPr>
        <w:tc>
          <w:tcPr>
            <w:tcW w:w="2055" w:type="dxa"/>
          </w:tcPr>
          <w:p w14:paraId="5ED21839" w14:textId="2F52A776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Haris Salman</w:t>
            </w:r>
          </w:p>
        </w:tc>
        <w:tc>
          <w:tcPr>
            <w:tcW w:w="2055" w:type="dxa"/>
            <w:vAlign w:val="center"/>
          </w:tcPr>
          <w:p w14:paraId="3CF825B0" w14:textId="3D92B51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4/6</w:t>
            </w:r>
          </w:p>
        </w:tc>
        <w:tc>
          <w:tcPr>
            <w:tcW w:w="2056" w:type="dxa"/>
            <w:vAlign w:val="center"/>
          </w:tcPr>
          <w:p w14:paraId="16CAA8C2" w14:textId="7CCCF30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1/1</w:t>
            </w:r>
          </w:p>
        </w:tc>
        <w:tc>
          <w:tcPr>
            <w:tcW w:w="2056" w:type="dxa"/>
            <w:vAlign w:val="center"/>
          </w:tcPr>
          <w:p w14:paraId="77B8C974" w14:textId="6B2CD921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1/1</w:t>
            </w:r>
          </w:p>
        </w:tc>
        <w:tc>
          <w:tcPr>
            <w:tcW w:w="2056" w:type="dxa"/>
            <w:vAlign w:val="center"/>
          </w:tcPr>
          <w:p w14:paraId="07156313" w14:textId="1EE9FD1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A869403" w14:textId="5746F262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77E91532" w14:textId="0F6DA25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7F0656B9" w14:textId="77777777" w:rsidTr="00656B1E">
        <w:trPr>
          <w:jc w:val="center"/>
        </w:trPr>
        <w:tc>
          <w:tcPr>
            <w:tcW w:w="2055" w:type="dxa"/>
          </w:tcPr>
          <w:p w14:paraId="646CA1BC" w14:textId="10EF316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Amelia Au-Yeung</w:t>
            </w:r>
          </w:p>
        </w:tc>
        <w:tc>
          <w:tcPr>
            <w:tcW w:w="2055" w:type="dxa"/>
            <w:vAlign w:val="center"/>
          </w:tcPr>
          <w:p w14:paraId="36858AEE" w14:textId="17BCDEA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3/5</w:t>
            </w:r>
          </w:p>
        </w:tc>
        <w:tc>
          <w:tcPr>
            <w:tcW w:w="2056" w:type="dxa"/>
            <w:vAlign w:val="center"/>
          </w:tcPr>
          <w:p w14:paraId="3C2F99F0" w14:textId="5D958BE5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9315EFD" w14:textId="2C7050B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4/4</w:t>
            </w:r>
          </w:p>
        </w:tc>
        <w:tc>
          <w:tcPr>
            <w:tcW w:w="2056" w:type="dxa"/>
            <w:vAlign w:val="center"/>
          </w:tcPr>
          <w:p w14:paraId="4615B85F" w14:textId="0636EBF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3/6</w:t>
            </w:r>
          </w:p>
        </w:tc>
        <w:tc>
          <w:tcPr>
            <w:tcW w:w="2056" w:type="dxa"/>
            <w:vAlign w:val="center"/>
          </w:tcPr>
          <w:p w14:paraId="4A4EF1A6" w14:textId="16A1C67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51993EAD" w14:textId="7BF9DE7C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46840A9A" w14:textId="77777777" w:rsidTr="00656B1E">
        <w:trPr>
          <w:jc w:val="center"/>
        </w:trPr>
        <w:tc>
          <w:tcPr>
            <w:tcW w:w="2055" w:type="dxa"/>
          </w:tcPr>
          <w:p w14:paraId="0B8C54EB" w14:textId="43465C6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Gurpreet Kumar</w:t>
            </w:r>
          </w:p>
        </w:tc>
        <w:tc>
          <w:tcPr>
            <w:tcW w:w="2055" w:type="dxa"/>
            <w:vAlign w:val="center"/>
          </w:tcPr>
          <w:p w14:paraId="21A280D5" w14:textId="7A751717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0/1</w:t>
            </w:r>
          </w:p>
        </w:tc>
        <w:tc>
          <w:tcPr>
            <w:tcW w:w="2056" w:type="dxa"/>
            <w:vAlign w:val="center"/>
          </w:tcPr>
          <w:p w14:paraId="72352D77" w14:textId="4D24BD5D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7D1E1002" w14:textId="789A9FFF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0/1</w:t>
            </w:r>
          </w:p>
        </w:tc>
        <w:tc>
          <w:tcPr>
            <w:tcW w:w="2056" w:type="dxa"/>
            <w:vAlign w:val="center"/>
          </w:tcPr>
          <w:p w14:paraId="05591E95" w14:textId="0407C65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46F6E55D" w14:textId="40123C58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8C9F336" w14:textId="1721DF3E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656B1E" w:rsidRPr="009244D0" w14:paraId="74F0B7A4" w14:textId="77777777" w:rsidTr="00656B1E">
        <w:trPr>
          <w:jc w:val="center"/>
        </w:trPr>
        <w:tc>
          <w:tcPr>
            <w:tcW w:w="2055" w:type="dxa"/>
          </w:tcPr>
          <w:p w14:paraId="1BA2CC52" w14:textId="7D54F460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Doris Neville-Davies</w:t>
            </w:r>
          </w:p>
        </w:tc>
        <w:tc>
          <w:tcPr>
            <w:tcW w:w="2055" w:type="dxa"/>
            <w:vAlign w:val="center"/>
          </w:tcPr>
          <w:p w14:paraId="4F853450" w14:textId="7903CD41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4434C8B0" w14:textId="15816537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3803E9CB" w14:textId="2014ACF3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056" w:type="dxa"/>
            <w:vAlign w:val="center"/>
          </w:tcPr>
          <w:p w14:paraId="092CF321" w14:textId="7C469F79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7/10</w:t>
            </w:r>
          </w:p>
        </w:tc>
        <w:tc>
          <w:tcPr>
            <w:tcW w:w="2056" w:type="dxa"/>
            <w:vAlign w:val="center"/>
          </w:tcPr>
          <w:p w14:paraId="1C77FF6C" w14:textId="4AD748D7" w:rsidR="00656B1E" w:rsidRPr="009244D0" w:rsidRDefault="00656B1E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4D0">
              <w:rPr>
                <w:rFonts w:asciiTheme="majorHAnsi" w:hAnsiTheme="majorHAnsi" w:cstheme="majorHAnsi"/>
                <w:sz w:val="20"/>
                <w:szCs w:val="20"/>
              </w:rPr>
              <w:t>6/7</w:t>
            </w:r>
          </w:p>
        </w:tc>
        <w:tc>
          <w:tcPr>
            <w:tcW w:w="2056" w:type="dxa"/>
            <w:vAlign w:val="center"/>
          </w:tcPr>
          <w:p w14:paraId="428EA22F" w14:textId="7BD25619" w:rsidR="00656B1E" w:rsidRPr="009244D0" w:rsidRDefault="009F03D1" w:rsidP="00656B1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1/1</w:t>
            </w:r>
          </w:p>
        </w:tc>
      </w:tr>
    </w:tbl>
    <w:p w14:paraId="42841997" w14:textId="77777777" w:rsidR="007545B7" w:rsidRPr="00E86C34" w:rsidRDefault="00000000">
      <w:pPr>
        <w:spacing w:before="160" w:after="80"/>
        <w:rPr>
          <w:rFonts w:asciiTheme="majorHAnsi" w:hAnsiTheme="majorHAnsi" w:cstheme="majorHAnsi"/>
        </w:rPr>
      </w:pPr>
      <w:r w:rsidRPr="00E86C34">
        <w:rPr>
          <w:rFonts w:asciiTheme="majorHAnsi" w:hAnsiTheme="majorHAnsi" w:cstheme="majorHAnsi"/>
          <w:b/>
          <w:sz w:val="26"/>
        </w:rPr>
        <w:t>3. Declarations of Interest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260"/>
        <w:gridCol w:w="5812"/>
        <w:gridCol w:w="2913"/>
      </w:tblGrid>
      <w:tr w:rsidR="007545B7" w:rsidRPr="00850EDA" w14:paraId="679C1423" w14:textId="77777777" w:rsidTr="00850EDA">
        <w:trPr>
          <w:jc w:val="center"/>
        </w:trPr>
        <w:tc>
          <w:tcPr>
            <w:tcW w:w="2405" w:type="dxa"/>
            <w:vAlign w:val="center"/>
          </w:tcPr>
          <w:p w14:paraId="60D68B0C" w14:textId="77777777" w:rsidR="007545B7" w:rsidRPr="00850EDA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b/>
                <w:sz w:val="20"/>
                <w:szCs w:val="20"/>
              </w:rPr>
              <w:t>Trustee</w:t>
            </w:r>
          </w:p>
        </w:tc>
        <w:tc>
          <w:tcPr>
            <w:tcW w:w="3260" w:type="dxa"/>
            <w:vAlign w:val="center"/>
          </w:tcPr>
          <w:p w14:paraId="21A1395B" w14:textId="77777777" w:rsidR="007545B7" w:rsidRPr="00850EDA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b/>
                <w:sz w:val="20"/>
                <w:szCs w:val="20"/>
              </w:rPr>
              <w:t>Other Institutions Served On</w:t>
            </w:r>
          </w:p>
        </w:tc>
        <w:tc>
          <w:tcPr>
            <w:tcW w:w="5812" w:type="dxa"/>
            <w:vAlign w:val="center"/>
          </w:tcPr>
          <w:p w14:paraId="41222469" w14:textId="77777777" w:rsidR="007545B7" w:rsidRPr="00850EDA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b/>
                <w:sz w:val="20"/>
                <w:szCs w:val="20"/>
              </w:rPr>
              <w:t>Relevant Business, Pecuniary &amp; Personal Interests</w:t>
            </w:r>
          </w:p>
        </w:tc>
        <w:tc>
          <w:tcPr>
            <w:tcW w:w="2913" w:type="dxa"/>
            <w:vAlign w:val="center"/>
          </w:tcPr>
          <w:p w14:paraId="55DBAD81" w14:textId="77777777" w:rsidR="007545B7" w:rsidRPr="00850EDA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b/>
                <w:sz w:val="20"/>
                <w:szCs w:val="20"/>
              </w:rPr>
              <w:t>Relationships with School Staff</w:t>
            </w:r>
          </w:p>
        </w:tc>
      </w:tr>
      <w:tr w:rsidR="009244D0" w:rsidRPr="00850EDA" w14:paraId="411EA91D" w14:textId="77777777" w:rsidTr="00850EDA">
        <w:trPr>
          <w:jc w:val="center"/>
        </w:trPr>
        <w:tc>
          <w:tcPr>
            <w:tcW w:w="2405" w:type="dxa"/>
          </w:tcPr>
          <w:p w14:paraId="69BD8098" w14:textId="7411B86E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Susan Foster</w:t>
            </w:r>
          </w:p>
        </w:tc>
        <w:tc>
          <w:tcPr>
            <w:tcW w:w="3260" w:type="dxa"/>
            <w:vAlign w:val="center"/>
          </w:tcPr>
          <w:p w14:paraId="25FB270E" w14:textId="5C078246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Local Leader of Governance</w:t>
            </w:r>
          </w:p>
        </w:tc>
        <w:tc>
          <w:tcPr>
            <w:tcW w:w="5812" w:type="dxa"/>
            <w:vAlign w:val="center"/>
          </w:tcPr>
          <w:p w14:paraId="2F1603C7" w14:textId="1D37B9AD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Managing and letting properties in the local area</w:t>
            </w:r>
          </w:p>
        </w:tc>
        <w:tc>
          <w:tcPr>
            <w:tcW w:w="2913" w:type="dxa"/>
            <w:vAlign w:val="center"/>
          </w:tcPr>
          <w:p w14:paraId="7A9BABE7" w14:textId="108179E1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9244D0" w:rsidRPr="00850EDA" w14:paraId="211E06B0" w14:textId="77777777" w:rsidTr="00850EDA">
        <w:trPr>
          <w:jc w:val="center"/>
        </w:trPr>
        <w:tc>
          <w:tcPr>
            <w:tcW w:w="2405" w:type="dxa"/>
          </w:tcPr>
          <w:p w14:paraId="504AA277" w14:textId="66DD57E8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Adam Abbott-Watkins</w:t>
            </w:r>
          </w:p>
        </w:tc>
        <w:tc>
          <w:tcPr>
            <w:tcW w:w="3260" w:type="dxa"/>
            <w:vAlign w:val="center"/>
          </w:tcPr>
          <w:p w14:paraId="5A477C68" w14:textId="47FAD49D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037C7F12" w14:textId="202C2D66" w:rsidR="00850EDA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NHS</w:t>
            </w:r>
          </w:p>
        </w:tc>
        <w:tc>
          <w:tcPr>
            <w:tcW w:w="2913" w:type="dxa"/>
            <w:vAlign w:val="center"/>
          </w:tcPr>
          <w:p w14:paraId="5A238E7C" w14:textId="522D73B2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9244D0" w:rsidRPr="00850EDA" w14:paraId="509D74E9" w14:textId="77777777" w:rsidTr="00850EDA">
        <w:trPr>
          <w:jc w:val="center"/>
        </w:trPr>
        <w:tc>
          <w:tcPr>
            <w:tcW w:w="2405" w:type="dxa"/>
          </w:tcPr>
          <w:p w14:paraId="17F34709" w14:textId="54825A8A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Elaine Jones</w:t>
            </w:r>
          </w:p>
        </w:tc>
        <w:tc>
          <w:tcPr>
            <w:tcW w:w="3260" w:type="dxa"/>
            <w:vAlign w:val="center"/>
          </w:tcPr>
          <w:p w14:paraId="6AF8E77A" w14:textId="7CBB6C37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69D530E6" w14:textId="44542C3C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 xml:space="preserve">Director of </w:t>
            </w:r>
            <w:proofErr w:type="spellStart"/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TaxAssist</w:t>
            </w:r>
            <w:proofErr w:type="spellEnd"/>
            <w:r w:rsidRPr="00850EDA">
              <w:rPr>
                <w:rFonts w:asciiTheme="majorHAnsi" w:hAnsiTheme="majorHAnsi" w:cstheme="majorHAnsi"/>
                <w:sz w:val="20"/>
                <w:szCs w:val="20"/>
              </w:rPr>
              <w:t xml:space="preserve"> Accountants</w:t>
            </w:r>
          </w:p>
        </w:tc>
        <w:tc>
          <w:tcPr>
            <w:tcW w:w="2913" w:type="dxa"/>
            <w:vAlign w:val="center"/>
          </w:tcPr>
          <w:p w14:paraId="32C1D1E1" w14:textId="34BC4E07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9244D0" w:rsidRPr="00850EDA" w14:paraId="492F1D17" w14:textId="77777777" w:rsidTr="00850EDA">
        <w:trPr>
          <w:jc w:val="center"/>
        </w:trPr>
        <w:tc>
          <w:tcPr>
            <w:tcW w:w="2405" w:type="dxa"/>
          </w:tcPr>
          <w:p w14:paraId="439AF61F" w14:textId="27D83242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Terence Ngai</w:t>
            </w:r>
          </w:p>
        </w:tc>
        <w:tc>
          <w:tcPr>
            <w:tcW w:w="3260" w:type="dxa"/>
            <w:vAlign w:val="center"/>
          </w:tcPr>
          <w:p w14:paraId="2AE0D72F" w14:textId="3D336A60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0EABEA56" w14:textId="7B3F611C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913" w:type="dxa"/>
            <w:vAlign w:val="center"/>
          </w:tcPr>
          <w:p w14:paraId="7449AAEC" w14:textId="370A3EA1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9244D0" w:rsidRPr="00850EDA" w14:paraId="2603AF1E" w14:textId="77777777" w:rsidTr="00850EDA">
        <w:trPr>
          <w:jc w:val="center"/>
        </w:trPr>
        <w:tc>
          <w:tcPr>
            <w:tcW w:w="2405" w:type="dxa"/>
          </w:tcPr>
          <w:p w14:paraId="2F7BD0DA" w14:textId="2C0CC473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Natalie Holland</w:t>
            </w:r>
          </w:p>
        </w:tc>
        <w:tc>
          <w:tcPr>
            <w:tcW w:w="3260" w:type="dxa"/>
            <w:vAlign w:val="center"/>
          </w:tcPr>
          <w:p w14:paraId="3C07F856" w14:textId="7884AA08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18CEDD7A" w14:textId="4C95BD43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Teacher and parent of a child at school</w:t>
            </w:r>
          </w:p>
        </w:tc>
        <w:tc>
          <w:tcPr>
            <w:tcW w:w="2913" w:type="dxa"/>
            <w:vAlign w:val="center"/>
          </w:tcPr>
          <w:p w14:paraId="531349D1" w14:textId="1F118965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9244D0" w:rsidRPr="00850EDA" w14:paraId="634B3468" w14:textId="77777777" w:rsidTr="00850EDA">
        <w:trPr>
          <w:jc w:val="center"/>
        </w:trPr>
        <w:tc>
          <w:tcPr>
            <w:tcW w:w="2405" w:type="dxa"/>
          </w:tcPr>
          <w:p w14:paraId="7661E3B8" w14:textId="00D94BA5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Natasha Green</w:t>
            </w:r>
          </w:p>
        </w:tc>
        <w:tc>
          <w:tcPr>
            <w:tcW w:w="3260" w:type="dxa"/>
            <w:vAlign w:val="center"/>
          </w:tcPr>
          <w:p w14:paraId="2469F12C" w14:textId="147BE7D9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0F55EB0C" w14:textId="278A7E7F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913" w:type="dxa"/>
            <w:vAlign w:val="center"/>
          </w:tcPr>
          <w:p w14:paraId="6E26D877" w14:textId="7ED0B889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9244D0" w:rsidRPr="00850EDA" w14:paraId="789A9540" w14:textId="77777777" w:rsidTr="00850EDA">
        <w:trPr>
          <w:jc w:val="center"/>
        </w:trPr>
        <w:tc>
          <w:tcPr>
            <w:tcW w:w="2405" w:type="dxa"/>
          </w:tcPr>
          <w:p w14:paraId="57265844" w14:textId="2B37A094" w:rsidR="009244D0" w:rsidRPr="00850EDA" w:rsidRDefault="009244D0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Adam Fox-Rumley</w:t>
            </w:r>
          </w:p>
        </w:tc>
        <w:tc>
          <w:tcPr>
            <w:tcW w:w="3260" w:type="dxa"/>
            <w:vAlign w:val="center"/>
          </w:tcPr>
          <w:p w14:paraId="7515046A" w14:textId="707A3BBB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42573CEF" w14:textId="699C3ABE" w:rsidR="009244D0" w:rsidRPr="00850EDA" w:rsidRDefault="00850EDA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27C9825B" w14:textId="28445F99" w:rsidR="009244D0" w:rsidRPr="00850EDA" w:rsidRDefault="00764E8D" w:rsidP="009244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612D2725" w14:textId="77777777" w:rsidTr="00850EDA">
        <w:trPr>
          <w:jc w:val="center"/>
        </w:trPr>
        <w:tc>
          <w:tcPr>
            <w:tcW w:w="2405" w:type="dxa"/>
          </w:tcPr>
          <w:p w14:paraId="5D5CC14B" w14:textId="10182AFB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Katie Fawcett</w:t>
            </w:r>
          </w:p>
        </w:tc>
        <w:tc>
          <w:tcPr>
            <w:tcW w:w="3260" w:type="dxa"/>
            <w:vAlign w:val="center"/>
          </w:tcPr>
          <w:p w14:paraId="4A703CA0" w14:textId="1C527537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4ED2B2EC" w14:textId="07EC4AA0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0426D7B0" w14:textId="621445C6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09926B38" w14:textId="77777777" w:rsidTr="00850EDA">
        <w:trPr>
          <w:jc w:val="center"/>
        </w:trPr>
        <w:tc>
          <w:tcPr>
            <w:tcW w:w="2405" w:type="dxa"/>
          </w:tcPr>
          <w:p w14:paraId="1C4396BA" w14:textId="0A359CAA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Mark Jacoby</w:t>
            </w:r>
          </w:p>
        </w:tc>
        <w:tc>
          <w:tcPr>
            <w:tcW w:w="3260" w:type="dxa"/>
            <w:vAlign w:val="center"/>
          </w:tcPr>
          <w:p w14:paraId="67FA20B4" w14:textId="22677142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01C59002" w14:textId="0FF34166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Teacher at the school</w:t>
            </w:r>
          </w:p>
        </w:tc>
        <w:tc>
          <w:tcPr>
            <w:tcW w:w="2913" w:type="dxa"/>
            <w:vAlign w:val="center"/>
          </w:tcPr>
          <w:p w14:paraId="13323E73" w14:textId="3EC5AAED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08977F01" w14:textId="77777777" w:rsidTr="00850EDA">
        <w:trPr>
          <w:jc w:val="center"/>
        </w:trPr>
        <w:tc>
          <w:tcPr>
            <w:tcW w:w="2405" w:type="dxa"/>
          </w:tcPr>
          <w:p w14:paraId="5127F89E" w14:textId="45C7EDCD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Rev Mark Ashworth</w:t>
            </w:r>
          </w:p>
        </w:tc>
        <w:tc>
          <w:tcPr>
            <w:tcW w:w="3260" w:type="dxa"/>
            <w:vAlign w:val="center"/>
          </w:tcPr>
          <w:p w14:paraId="0579A4DC" w14:textId="7570C63E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26B64F22" w14:textId="0F8C1A40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Vicar at St Mary’s Church</w:t>
            </w:r>
          </w:p>
        </w:tc>
        <w:tc>
          <w:tcPr>
            <w:tcW w:w="2913" w:type="dxa"/>
            <w:vAlign w:val="center"/>
          </w:tcPr>
          <w:p w14:paraId="3B06A292" w14:textId="403B1273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604FB4B3" w14:textId="77777777" w:rsidTr="00850EDA">
        <w:trPr>
          <w:jc w:val="center"/>
        </w:trPr>
        <w:tc>
          <w:tcPr>
            <w:tcW w:w="2405" w:type="dxa"/>
          </w:tcPr>
          <w:p w14:paraId="36EFF32D" w14:textId="21FAB0F9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Coleen Highfield</w:t>
            </w:r>
          </w:p>
        </w:tc>
        <w:tc>
          <w:tcPr>
            <w:tcW w:w="3260" w:type="dxa"/>
            <w:vAlign w:val="center"/>
          </w:tcPr>
          <w:p w14:paraId="2E50C676" w14:textId="02722D7E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6BDA70C9" w14:textId="77DDAE5A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3625B9A5" w14:textId="353FA324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01D41521" w14:textId="77777777" w:rsidTr="00850EDA">
        <w:trPr>
          <w:jc w:val="center"/>
        </w:trPr>
        <w:tc>
          <w:tcPr>
            <w:tcW w:w="2405" w:type="dxa"/>
          </w:tcPr>
          <w:p w14:paraId="6CD414FC" w14:textId="2963F402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Emma Cowland</w:t>
            </w:r>
          </w:p>
        </w:tc>
        <w:tc>
          <w:tcPr>
            <w:tcW w:w="3260" w:type="dxa"/>
            <w:vAlign w:val="center"/>
          </w:tcPr>
          <w:p w14:paraId="1F35FF36" w14:textId="7147DCB7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758C713D" w14:textId="08C4B2DC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27E11AF6" w14:textId="65625BFD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4771F894" w14:textId="77777777" w:rsidTr="00850EDA">
        <w:trPr>
          <w:jc w:val="center"/>
        </w:trPr>
        <w:tc>
          <w:tcPr>
            <w:tcW w:w="2405" w:type="dxa"/>
          </w:tcPr>
          <w:p w14:paraId="403B4A96" w14:textId="7A94C95D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Taj Clair</w:t>
            </w:r>
          </w:p>
        </w:tc>
        <w:tc>
          <w:tcPr>
            <w:tcW w:w="3260" w:type="dxa"/>
            <w:vAlign w:val="center"/>
          </w:tcPr>
          <w:p w14:paraId="3DA92DCB" w14:textId="6CEB3D2F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1E4E924D" w14:textId="44F532DE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474F4760" w14:textId="096FF6CB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7D0752A7" w14:textId="77777777" w:rsidTr="00850EDA">
        <w:trPr>
          <w:jc w:val="center"/>
        </w:trPr>
        <w:tc>
          <w:tcPr>
            <w:tcW w:w="2405" w:type="dxa"/>
          </w:tcPr>
          <w:p w14:paraId="46179559" w14:textId="4B192923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Haris Salman</w:t>
            </w:r>
          </w:p>
        </w:tc>
        <w:tc>
          <w:tcPr>
            <w:tcW w:w="3260" w:type="dxa"/>
            <w:vAlign w:val="center"/>
          </w:tcPr>
          <w:p w14:paraId="11C94BB4" w14:textId="179729A4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726A0018" w14:textId="161CFC2C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67929266" w14:textId="275B8338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4AECB4ED" w14:textId="77777777" w:rsidTr="00850EDA">
        <w:trPr>
          <w:jc w:val="center"/>
        </w:trPr>
        <w:tc>
          <w:tcPr>
            <w:tcW w:w="2405" w:type="dxa"/>
          </w:tcPr>
          <w:p w14:paraId="0D27ED8D" w14:textId="1F4BF191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Amelia Au-Yeung</w:t>
            </w:r>
          </w:p>
        </w:tc>
        <w:tc>
          <w:tcPr>
            <w:tcW w:w="3260" w:type="dxa"/>
            <w:vAlign w:val="center"/>
          </w:tcPr>
          <w:p w14:paraId="4FD1042D" w14:textId="1D252BE8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209A16E7" w14:textId="2577308D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913" w:type="dxa"/>
            <w:vAlign w:val="center"/>
          </w:tcPr>
          <w:p w14:paraId="526D6C9D" w14:textId="7CC5BB08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62CA87B2" w14:textId="77777777" w:rsidTr="00850EDA">
        <w:trPr>
          <w:jc w:val="center"/>
        </w:trPr>
        <w:tc>
          <w:tcPr>
            <w:tcW w:w="2405" w:type="dxa"/>
          </w:tcPr>
          <w:p w14:paraId="2CF3DB27" w14:textId="3F7F16F3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Gurpreet Kumar</w:t>
            </w:r>
          </w:p>
        </w:tc>
        <w:tc>
          <w:tcPr>
            <w:tcW w:w="3260" w:type="dxa"/>
            <w:vAlign w:val="center"/>
          </w:tcPr>
          <w:p w14:paraId="222B37CB" w14:textId="36122704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6F082B4E" w14:textId="336CE31F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Parent of a child at school</w:t>
            </w:r>
          </w:p>
        </w:tc>
        <w:tc>
          <w:tcPr>
            <w:tcW w:w="2913" w:type="dxa"/>
            <w:vAlign w:val="center"/>
          </w:tcPr>
          <w:p w14:paraId="277230E5" w14:textId="48A50AE1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850EDA" w:rsidRPr="00850EDA" w14:paraId="4860D91D" w14:textId="77777777" w:rsidTr="00850EDA">
        <w:trPr>
          <w:jc w:val="center"/>
        </w:trPr>
        <w:tc>
          <w:tcPr>
            <w:tcW w:w="2405" w:type="dxa"/>
          </w:tcPr>
          <w:p w14:paraId="1707D63F" w14:textId="09A048DD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Doris Neville-Davies</w:t>
            </w:r>
          </w:p>
        </w:tc>
        <w:tc>
          <w:tcPr>
            <w:tcW w:w="3260" w:type="dxa"/>
            <w:vAlign w:val="center"/>
          </w:tcPr>
          <w:p w14:paraId="22B2DA1F" w14:textId="716FA615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5812" w:type="dxa"/>
            <w:vAlign w:val="center"/>
          </w:tcPr>
          <w:p w14:paraId="49DD0DAD" w14:textId="192AB32B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Employee of Runnymede Borough Council</w:t>
            </w:r>
          </w:p>
          <w:p w14:paraId="4266A9AF" w14:textId="6FC4BCFB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Member of the Parochial Church Council of St. Nicholas Church</w:t>
            </w:r>
          </w:p>
        </w:tc>
        <w:tc>
          <w:tcPr>
            <w:tcW w:w="2913" w:type="dxa"/>
            <w:vAlign w:val="center"/>
          </w:tcPr>
          <w:p w14:paraId="778870EB" w14:textId="7E9F4602" w:rsidR="00850EDA" w:rsidRPr="00850EDA" w:rsidRDefault="00850EDA" w:rsidP="00850ED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50EDA"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</w:tbl>
    <w:p w14:paraId="270C114B" w14:textId="2AC26715" w:rsidR="007545B7" w:rsidRPr="00E86C34" w:rsidRDefault="007545B7">
      <w:pPr>
        <w:rPr>
          <w:rFonts w:asciiTheme="majorHAnsi" w:hAnsiTheme="majorHAnsi" w:cstheme="majorHAnsi"/>
        </w:rPr>
      </w:pPr>
    </w:p>
    <w:sectPr w:rsidR="007545B7" w:rsidRPr="00E86C34" w:rsidSect="00D55019">
      <w:pgSz w:w="15840" w:h="12240" w:orient="landscape"/>
      <w:pgMar w:top="694" w:right="720" w:bottom="79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0986284">
    <w:abstractNumId w:val="8"/>
  </w:num>
  <w:num w:numId="2" w16cid:durableId="47147938">
    <w:abstractNumId w:val="6"/>
  </w:num>
  <w:num w:numId="3" w16cid:durableId="1149054427">
    <w:abstractNumId w:val="5"/>
  </w:num>
  <w:num w:numId="4" w16cid:durableId="1038044543">
    <w:abstractNumId w:val="4"/>
  </w:num>
  <w:num w:numId="5" w16cid:durableId="1586769449">
    <w:abstractNumId w:val="7"/>
  </w:num>
  <w:num w:numId="6" w16cid:durableId="1101683316">
    <w:abstractNumId w:val="3"/>
  </w:num>
  <w:num w:numId="7" w16cid:durableId="2077894882">
    <w:abstractNumId w:val="2"/>
  </w:num>
  <w:num w:numId="8" w16cid:durableId="1683703138">
    <w:abstractNumId w:val="1"/>
  </w:num>
  <w:num w:numId="9" w16cid:durableId="1268195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59BD"/>
    <w:rsid w:val="0029639D"/>
    <w:rsid w:val="002F49DC"/>
    <w:rsid w:val="00326AA3"/>
    <w:rsid w:val="00326F90"/>
    <w:rsid w:val="00656B1E"/>
    <w:rsid w:val="0072438D"/>
    <w:rsid w:val="007545B7"/>
    <w:rsid w:val="00764E8D"/>
    <w:rsid w:val="00776278"/>
    <w:rsid w:val="00842245"/>
    <w:rsid w:val="00850EDA"/>
    <w:rsid w:val="008925BB"/>
    <w:rsid w:val="009244D0"/>
    <w:rsid w:val="009A0A63"/>
    <w:rsid w:val="009F03D1"/>
    <w:rsid w:val="00AA1D8D"/>
    <w:rsid w:val="00B47730"/>
    <w:rsid w:val="00CB0664"/>
    <w:rsid w:val="00D32F76"/>
    <w:rsid w:val="00D55019"/>
    <w:rsid w:val="00E86C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96C10"/>
  <w14:defaultImageDpi w14:val="300"/>
  <w15:docId w15:val="{342742EE-A60A-564A-9061-73D3E101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Moya Tytherleigh</cp:lastModifiedBy>
  <cp:revision>12</cp:revision>
  <dcterms:created xsi:type="dcterms:W3CDTF">2026-09-08T16:26:00Z</dcterms:created>
  <dcterms:modified xsi:type="dcterms:W3CDTF">2026-10-05T10:55:00Z</dcterms:modified>
  <cp:category/>
</cp:coreProperties>
</file>